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ADEVERINȚĂ PENTRU PENSIE</w:t>
      </w:r>
    </w:p>
    <w:p/>
    <w:p>
      <w:r>
        <w:rPr>
          <w:b w:val="0"/>
          <w:sz w:val="20"/>
        </w:rPr>
        <w:t>Subsemnatul/ Subsemnata, reprezentant legal al Facultății _____________________________,</w:t>
      </w:r>
    </w:p>
    <w:p>
      <w:r>
        <w:rPr>
          <w:b w:val="0"/>
          <w:sz w:val="20"/>
        </w:rPr>
        <w:t>cu sediul în ____________________________________________, certific prin prezenta că:</w:t>
      </w:r>
    </w:p>
    <w:p/>
    <w:p>
      <w:r>
        <w:rPr>
          <w:b/>
          <w:sz w:val="20"/>
        </w:rPr>
        <w:t>Domnul/ Doamna : _________________________________________________________________</w:t>
      </w:r>
    </w:p>
    <w:p>
      <w:r>
        <w:rPr>
          <w:b w:val="0"/>
          <w:sz w:val="20"/>
        </w:rPr>
        <w:t>CNP : _____________________________________________________________________________</w:t>
      </w:r>
    </w:p>
    <w:p>
      <w:r>
        <w:rPr>
          <w:b w:val="0"/>
          <w:sz w:val="20"/>
        </w:rPr>
        <w:t>Funcția ocupată în cadrul facultății : _______________________________________________</w:t>
      </w:r>
    </w:p>
    <w:p>
      <w:r>
        <w:rPr>
          <w:b w:val="0"/>
          <w:sz w:val="20"/>
        </w:rPr>
        <w:t>În perioada : ______________________ până la ______________________ a desfășurat activitate didactică și/sau de cercetare în cadrul facultății.</w:t>
      </w:r>
    </w:p>
    <w:p/>
    <w:p>
      <w:r>
        <w:rPr>
          <w:b w:val="0"/>
          <w:sz w:val="20"/>
        </w:rPr>
        <w:t>Prezenta adeverință se eliberează pentru a servi ca document justificativ în vederea obținerii dreptului la pensie.</w:t>
      </w:r>
    </w:p>
    <w:p/>
    <w:p>
      <w:r>
        <w:rPr>
          <w:b w:val="0"/>
          <w:sz w:val="20"/>
        </w:rPr>
        <w:t>Facultatea confirmă că persoana menționată mai sus a beneficiat de toate drepturile și obligațiile legale aferente funcției ocupate,</w:t>
      </w:r>
    </w:p>
    <w:p>
      <w:r>
        <w:rPr>
          <w:b w:val="0"/>
          <w:sz w:val="20"/>
        </w:rPr>
        <w:t>activitatea desfășurată fiind conformă legislației în vigoare din România.</w:t>
      </w:r>
    </w:p>
    <w:p/>
    <w:p>
      <w:r>
        <w:rPr>
          <w:b w:val="0"/>
          <w:sz w:val="20"/>
        </w:rPr>
        <w:t>Această adeverință este valabilă fără semnătură olografă și ștampilă dacă este transmisă în format electronic de către instituția emitentă.</w:t>
      </w:r>
    </w:p>
    <w:p/>
    <w:p/>
    <w:p>
      <w:r>
        <w:rPr>
          <w:b w:val="0"/>
          <w:sz w:val="20"/>
        </w:rPr>
        <w:t>Locul : ____________________________    Data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Reprezentant Facultate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Persoana beneficiază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https://documente-utile.com/adeverinta-facultate-pentru-pensie/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adeverinta-facultate-pentru-pensie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