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DE ÎNSCRIERE ÎN GRĂDINIȚĂ</w:t>
      </w:r>
    </w:p>
    <w:p/>
    <w:p/>
    <w:p>
      <w:r>
        <w:rPr>
          <w:b/>
          <w:sz w:val="20"/>
        </w:rPr>
        <w:t>Se adeverește prin prezenta că :</w:t>
      </w:r>
    </w:p>
    <w:p/>
    <w:p>
      <w:r>
        <w:rPr>
          <w:b w:val="0"/>
          <w:sz w:val="20"/>
        </w:rPr>
        <w:t>Numele și prenumele copilului : _______________________________________________</w:t>
      </w:r>
    </w:p>
    <w:p>
      <w:r>
        <w:rPr>
          <w:b w:val="0"/>
          <w:sz w:val="20"/>
        </w:rPr>
        <w:t>Data nașterii : ______________________________________________________________</w:t>
      </w:r>
    </w:p>
    <w:p>
      <w:r>
        <w:rPr>
          <w:b w:val="0"/>
          <w:sz w:val="20"/>
        </w:rPr>
        <w:t>Locul nașterii : ______________________________________________________________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_______________________________________________________________________</w:t>
      </w:r>
    </w:p>
    <w:p/>
    <w:p>
      <w:r>
        <w:rPr>
          <w:b/>
          <w:sz w:val="20"/>
        </w:rPr>
        <w:t>Datele părintelui/reprezentantului legal :</w:t>
      </w:r>
    </w:p>
    <w:p>
      <w:r>
        <w:rPr>
          <w:b w:val="0"/>
          <w:sz w:val="20"/>
        </w:rPr>
        <w:t>Numele și prenumele : _______________________________________________________</w:t>
      </w:r>
    </w:p>
    <w:p>
      <w:r>
        <w:rPr>
          <w:b w:val="0"/>
          <w:sz w:val="20"/>
        </w:rPr>
        <w:t>CNP : _______________________________________________________________________</w:t>
      </w:r>
    </w:p>
    <w:p>
      <w:r>
        <w:rPr>
          <w:b w:val="0"/>
          <w:sz w:val="20"/>
        </w:rPr>
        <w:t>Domiciliul : _________________________________________________________________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____________________________________________________________________</w:t>
      </w:r>
    </w:p>
    <w:p/>
    <w:p>
      <w:r>
        <w:rPr>
          <w:b w:val="0"/>
          <w:sz w:val="20"/>
        </w:rPr>
        <w:t>Copilul mai sus menționat este înscris(ă) la grădinița noastră în anul școlar 20__ - 20__ în grupa : _______________________________.</w:t>
      </w:r>
    </w:p>
    <w:p/>
    <w:p>
      <w:r>
        <w:rPr>
          <w:b w:val="0"/>
          <w:sz w:val="20"/>
        </w:rPr>
        <w:t>Prezenta adeverință se eliberează pentru a dovedi înscrierea copilului în unitatea de învățământ menționată și poate fi utilizată în relația cu autoritățile sau alte instituții.</w:t>
      </w:r>
    </w:p>
    <w:p/>
    <w:p/>
    <w:p>
      <w:r>
        <w:rPr>
          <w:b w:val="0"/>
          <w:sz w:val="20"/>
        </w:rPr>
        <w:t>Locul, Data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Director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Ștampilă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https://documente-utile.com/adeverinta-inscriere-gradinita/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inscriere-gradinit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