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ADEVERINȚĂ MEDICALĂ PENTRU ÎNSCRIEREA LA FACULTATE</w:t>
      </w:r>
    </w:p>
    <w:p/>
    <w:p/>
    <w:p>
      <w:r>
        <w:rPr>
          <w:b w:val="0"/>
          <w:sz w:val="20"/>
        </w:rPr>
        <w:t>Subsemnatul/a, Dr. ________________________________, cu drept de liberă practică și specialist în ____________________,</w:t>
      </w:r>
    </w:p>
    <w:p>
      <w:r>
        <w:rPr>
          <w:b w:val="0"/>
          <w:sz w:val="20"/>
        </w:rPr>
        <w:t>atest faptul că domnul/doamna _________________________________________________, CNP ______________________,</w:t>
      </w:r>
    </w:p>
    <w:p>
      <w:r>
        <w:rPr>
          <w:b w:val="0"/>
          <w:sz w:val="20"/>
        </w:rPr>
        <w:t>a fost examinat/ă medical în vederea înscrierii la studii universitare.</w:t>
      </w:r>
    </w:p>
    <w:p/>
    <w:p>
      <w:r>
        <w:rPr>
          <w:b/>
          <w:sz w:val="20"/>
        </w:rPr>
        <w:t>În urma examinării clinice și a investigațiilor medicale efectuate, declar că starea sa de sănătate este :</w:t>
      </w:r>
    </w:p>
    <w:p>
      <w:r>
        <w:rPr>
          <w:b w:val="0"/>
          <w:sz w:val="20"/>
        </w:rPr>
        <w:t>☐ Apt/ă pentru a urma cursurile universitare conform specificațiilor facultății.</w:t>
      </w:r>
    </w:p>
    <w:p>
      <w:r>
        <w:rPr>
          <w:b w:val="0"/>
          <w:sz w:val="20"/>
        </w:rPr>
        <w:t>☐ Necesită condiții speciale/observație medicală (detalii în continuare): ________________________________</w:t>
      </w:r>
    </w:p>
    <w:p/>
    <w:p>
      <w:r>
        <w:rPr>
          <w:b/>
          <w:sz w:val="20"/>
        </w:rPr>
        <w:t>Observații suplimentare:</w:t>
      </w:r>
    </w:p>
    <w:p>
      <w:r>
        <w:t>________________________________________________________________________________________</w:t>
      </w:r>
    </w:p>
    <w:p>
      <w:r>
        <w:t>________________________________________________________________________________________</w:t>
      </w:r>
    </w:p>
    <w:p/>
    <w:p/>
    <w:p>
      <w:r>
        <w:rPr>
          <w:b/>
          <w:sz w:val="20"/>
        </w:rPr>
        <w:t>Prezenta adeverință este eliberată pentru înscrierea la facultate și este valabilă în conformitate cu legislația în vigoare.</w:t>
      </w:r>
    </w:p>
    <w:p/>
    <w:p/>
    <w:p>
      <w:r>
        <w:rPr>
          <w:b w:val="0"/>
          <w:sz w:val="20"/>
        </w:rPr>
        <w:t>Locul eliberării : ______________________________________________</w:t>
      </w:r>
    </w:p>
    <w:p>
      <w:r>
        <w:rPr>
          <w:b w:val="0"/>
          <w:sz w:val="20"/>
        </w:rPr>
        <w:t>Data eliberării : ______________________________________________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Medic specialist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Pacient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Semnătura și ștampila : 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Semnătura : 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Sursa originala a acestui document: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https://documente-utile.com/adeverinta-medicala-inscriere-facultate/</w:t>
        </w:r>
      </w:hyperlink>
    </w:p>
    <w:p>
      <w:pPr>
        <w:jc w:val="center"/>
      </w:pPr>
      <w:r>
        <w:rPr>
          <w:color w:val="555555"/>
          <w:sz w:val="26"/>
        </w:rPr>
        <w:t>Acest model ti-a fost de ajutor?</w:t>
      </w:r>
    </w:p>
    <w:p>
      <w:pPr>
        <w:jc w:val="center"/>
      </w:pPr>
      <w:r>
        <w:rPr>
          <w:color w:val="555555"/>
          <w:sz w:val="26"/>
        </w:rPr>
        <w:t>Poti accesa alte modele actualizate pe site-ul nostru: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https://documente-utile.com</w:t>
        </w:r>
      </w:hyperlink>
    </w:p>
    <w:p>
      <w:pPr>
        <w:jc w:val="center"/>
      </w:pPr>
      <w:r>
        <w:rPr>
          <w:color w:val="808080"/>
          <w:sz w:val="20"/>
        </w:rPr>
        <w:t>Acest model este destinat exclusiv utilizarii personale, necomerciale.</w:t>
        <w:br/>
        <w:t>Orice distribuire sau publicare trebuie sa mentioneze sursa. © documente-utile.com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cumente-utile.com/adeverinta-medicala-inscriere-facultate/" TargetMode="External"/><Relationship Id="rId10" Type="http://schemas.openxmlformats.org/officeDocument/2006/relationships/hyperlink" Target="https://documente-util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