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ADEVERINȚĂ</w:t>
      </w:r>
    </w:p>
    <w:p>
      <w:pPr>
        <w:jc w:val="center"/>
      </w:pPr>
      <w:r>
        <w:rPr>
          <w:b/>
          <w:sz w:val="20"/>
        </w:rPr>
        <w:t>NOMENCLATOR STRADAL</w:t>
      </w:r>
    </w:p>
    <w:p/>
    <w:p/>
    <w:p>
      <w:r>
        <w:rPr>
          <w:b w:val="0"/>
          <w:sz w:val="20"/>
        </w:rPr>
        <w:t xml:space="preserve">Subsemnatul/Subsemnata, </w:t>
      </w:r>
    </w:p>
    <w:p>
      <w:r>
        <w:rPr>
          <w:b w:val="0"/>
          <w:sz w:val="20"/>
        </w:rPr>
        <w:t>în calitate de reprezentant legal al Primăriei ________________, cu sediul în ______________________,</w:t>
      </w:r>
    </w:p>
    <w:p>
      <w:r>
        <w:rPr>
          <w:b w:val="0"/>
          <w:sz w:val="20"/>
        </w:rPr>
        <w:t>certific prin prezenta că următoarele date referitoare la străzile din administrarea unității administrativ-teritoriale sunt corecte și actualizate conform evidențelor oficiale.</w:t>
      </w:r>
    </w:p>
    <w:p/>
    <w:p/>
    <w:p>
      <w:r>
        <w:rPr>
          <w:b/>
          <w:sz w:val="20"/>
        </w:rPr>
        <w:t>Datele nomenclatorului stradal:</w:t>
      </w:r>
    </w:p>
    <w:p>
      <w:r>
        <w:rPr>
          <w:b w:val="0"/>
          <w:sz w:val="20"/>
        </w:rPr>
        <w:t>1. Denumirea unității administrativ-teritoriale: ____________________________________________</w:t>
      </w:r>
    </w:p>
    <w:p>
      <w:r>
        <w:rPr>
          <w:b w:val="0"/>
          <w:sz w:val="20"/>
        </w:rPr>
        <w:t>2. Codul SIRUTA al localității: ______________________</w:t>
      </w:r>
    </w:p>
    <w:p>
      <w:r>
        <w:rPr>
          <w:b w:val="0"/>
          <w:sz w:val="20"/>
        </w:rPr>
        <w:t>3. Lista străzilor cu denumiri oficiale conform hotărârilor locale: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324"/>
        <w:gridCol w:w="3324"/>
        <w:gridCol w:w="3324"/>
      </w:tblGrid>
      <w:tr>
        <w:tc>
          <w:tcPr>
            <w:tcW w:type="dxa" w:w="3324"/>
          </w:tcPr>
          <w:p>
            <w:r>
              <w:t>Nr. crt.</w:t>
            </w:r>
          </w:p>
        </w:tc>
        <w:tc>
          <w:tcPr>
            <w:tcW w:type="dxa" w:w="3324"/>
          </w:tcPr>
          <w:p>
            <w:r>
              <w:t>Denumirea străzii</w:t>
            </w:r>
          </w:p>
        </w:tc>
        <w:tc>
          <w:tcPr>
            <w:tcW w:type="dxa" w:w="3324"/>
          </w:tcPr>
          <w:p>
            <w:r>
              <w:t>Tipul străzii (str., bd., alee, etc.)</w:t>
            </w:r>
          </w:p>
        </w:tc>
      </w:tr>
      <w:tr>
        <w:tc>
          <w:tcPr>
            <w:tcW w:type="dxa" w:w="3324"/>
          </w:tcPr>
          <w:p>
            <w:r>
              <w:t>1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2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3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4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  <w:tr>
        <w:tc>
          <w:tcPr>
            <w:tcW w:type="dxa" w:w="3324"/>
          </w:tcPr>
          <w:p>
            <w:r>
              <w:t>5</w:t>
            </w:r>
          </w:p>
        </w:tc>
        <w:tc>
          <w:tcPr>
            <w:tcW w:type="dxa" w:w="3324"/>
          </w:tcPr>
          <w:p>
            <w:r/>
          </w:p>
        </w:tc>
        <w:tc>
          <w:tcPr>
            <w:tcW w:type="dxa" w:w="3324"/>
          </w:tcPr>
          <w:p>
            <w:r/>
          </w:p>
        </w:tc>
      </w:tr>
    </w:tbl>
    <w:p/>
    <w:p/>
    <w:p>
      <w:r>
        <w:rPr>
          <w:b w:val="0"/>
          <w:sz w:val="20"/>
        </w:rPr>
        <w:t>Prezenta adeverință se eliberează pentru informare și folosință în conformitate cu prevederile legale în vigoare.</w:t>
      </w:r>
    </w:p>
    <w:p/>
    <w:p/>
    <w:p>
      <w:r>
        <w:rPr>
          <w:b w:val="0"/>
          <w:sz w:val="20"/>
        </w:rPr>
        <w:t>Locul: _____________________________    Data: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Emitent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Ștampilă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și funcție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https://documente-utile.com/adeverinta-nomenclator-stradal/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adeverinta-nomenclator-stradal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