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</w:t>
      </w:r>
    </w:p>
    <w:p>
      <w:pPr>
        <w:jc w:val="center"/>
      </w:pPr>
      <w:r>
        <w:rPr>
          <w:b/>
          <w:sz w:val="20"/>
        </w:rPr>
        <w:t>pentru înscrierea copilului la creșă</w:t>
      </w:r>
    </w:p>
    <w:p/>
    <w:p/>
    <w:p>
      <w:r>
        <w:rPr>
          <w:b w:val="0"/>
          <w:sz w:val="20"/>
        </w:rPr>
        <w:t>Subsemnatul/a ____________________________________________, angajat/ă al societății ________________________________, cu sediul în ____________________________________________, având codul de identificare fiscală ________________________________,</w:t>
      </w:r>
    </w:p>
    <w:p>
      <w:r>
        <w:rPr>
          <w:b w:val="0"/>
          <w:sz w:val="20"/>
        </w:rPr>
        <w:t>adeveresc prin prezenta că domnul/doamna ____________________________________________, posesor/posesoare al/a C.I. seria __________ nr. ____________, angajat/ă în cadrul societății noastre, este salariat/ă activ/ă, cu normă întreagă, începând cu data de ________________, în funcția de ________________________________.</w:t>
      </w:r>
    </w:p>
    <w:p/>
    <w:p>
      <w:r>
        <w:rPr>
          <w:b w:val="0"/>
          <w:sz w:val="20"/>
        </w:rPr>
        <w:t>Prezenta adeverință se eliberează pentru a servi la înscrierea copilului/ copiilor domnului/doamnei _____________________________ la creșa _____________________________________, conform prevederilor legale în vigoare.</w:t>
      </w:r>
    </w:p>
    <w:p/>
    <w:p>
      <w:r>
        <w:rPr>
          <w:b w:val="0"/>
          <w:sz w:val="20"/>
        </w:rPr>
        <w:t>Menționăm că salariatul/ă nu se află în concediu medical sau în altă situație care să împiedice exercitarea drepturilor conferite de legislația muncii și de protecția socială a copilului.</w:t>
      </w:r>
    </w:p>
    <w:p/>
    <w:p/>
    <w:p>
      <w:r>
        <w:rPr>
          <w:b w:val="0"/>
          <w:sz w:val="20"/>
        </w:rPr>
        <w:t>Locul: ____________________________    Data: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Eliberat de: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Ștampilă și semnătură: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Nume și prenume: _____________________________________</w:t>
              <w:br/>
              <w:t>Funcția: 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https://documente-utile.com/adeverinta-salariat-pentru-cresa/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adeverinta-salariat-pentru-cresa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