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ADEVERINȚĂ SERVICE SCHIMBARE MOTOR</w:t>
      </w:r>
    </w:p>
    <w:p/>
    <w:p/>
    <w:p>
      <w:r>
        <w:rPr>
          <w:b w:val="0"/>
          <w:sz w:val="20"/>
        </w:rPr>
        <w:t>Subsemnata societate, cu sediul în ______________________________, înregistrată la Registrul Comerțului cu nr. ____________,</w:t>
      </w:r>
    </w:p>
    <w:p>
      <w:r>
        <w:rPr>
          <w:b w:val="0"/>
          <w:sz w:val="20"/>
        </w:rPr>
        <w:t>reprezentată legal prin ____________________________________,</w:t>
      </w:r>
    </w:p>
    <w:p>
      <w:r>
        <w:rPr>
          <w:b/>
          <w:sz w:val="20"/>
        </w:rPr>
        <w:t>atestă prin prezenta că:</w:t>
      </w:r>
    </w:p>
    <w:p/>
    <w:p>
      <w:r>
        <w:rPr>
          <w:b w:val="0"/>
          <w:sz w:val="20"/>
        </w:rPr>
        <w:t>Numele și prenumele clientului: _________________________________________</w:t>
      </w:r>
    </w:p>
    <w:p>
      <w:r>
        <w:rPr>
          <w:b w:val="0"/>
          <w:sz w:val="20"/>
        </w:rPr>
        <w:t>CNP: ________________________________________________________________</w:t>
      </w:r>
    </w:p>
    <w:p>
      <w:r>
        <w:rPr>
          <w:b w:val="0"/>
          <w:sz w:val="20"/>
        </w:rPr>
        <w:t>Adresa domiciliului: ___________________________________________________</w:t>
      </w:r>
    </w:p>
    <w:p/>
    <w:p>
      <w:r>
        <w:rPr>
          <w:b/>
          <w:sz w:val="20"/>
        </w:rPr>
        <w:t>Date vehicul:</w:t>
      </w:r>
    </w:p>
    <w:p>
      <w:r>
        <w:rPr>
          <w:b w:val="0"/>
          <w:sz w:val="20"/>
        </w:rPr>
        <w:t>Marca/Model: _________________________________________________________</w:t>
      </w:r>
    </w:p>
    <w:p>
      <w:r>
        <w:rPr>
          <w:b w:val="0"/>
          <w:sz w:val="20"/>
        </w:rPr>
        <w:t>Număr înmatriculare: _________________________________________________</w:t>
      </w:r>
    </w:p>
    <w:p>
      <w:r>
        <w:rPr>
          <w:b w:val="0"/>
          <w:sz w:val="20"/>
        </w:rPr>
        <w:t>Serie șasiu (VIN): ____________________________________________________</w:t>
      </w:r>
    </w:p>
    <w:p/>
    <w:p>
      <w:r>
        <w:rPr>
          <w:b/>
          <w:sz w:val="20"/>
        </w:rPr>
        <w:t>Prin prezenta, se atestă că vehiculul descris mai sus a fost supus unei intervenții de service</w:t>
      </w:r>
    </w:p>
    <w:p>
      <w:r>
        <w:rPr>
          <w:b w:val="0"/>
          <w:sz w:val="20"/>
        </w:rPr>
        <w:t>constând în schimbarea motorului, efectuată conform normelor legale și tehnice în vigoare.</w:t>
      </w:r>
    </w:p>
    <w:p/>
    <w:p>
      <w:r>
        <w:rPr>
          <w:b/>
          <w:sz w:val="20"/>
        </w:rPr>
        <w:t>Detalii intervenție:</w:t>
      </w:r>
    </w:p>
    <w:p>
      <w:r>
        <w:rPr>
          <w:b w:val="0"/>
          <w:sz w:val="20"/>
        </w:rPr>
        <w:t>Motor nou montat: _____________________________________________________</w:t>
      </w:r>
    </w:p>
    <w:p>
      <w:r>
        <w:rPr>
          <w:b w:val="0"/>
          <w:sz w:val="20"/>
        </w:rPr>
        <w:t>Număr serie motor nou: _________________________________________________</w:t>
      </w:r>
    </w:p>
    <w:p>
      <w:r>
        <w:rPr>
          <w:b w:val="0"/>
          <w:sz w:val="20"/>
        </w:rPr>
        <w:t>Data efectuării lucrării: _______________________________________________</w:t>
      </w:r>
    </w:p>
    <w:p/>
    <w:p>
      <w:r>
        <w:rPr>
          <w:b w:val="0"/>
          <w:sz w:val="20"/>
        </w:rPr>
        <w:t>Această adeverință este eliberată pentru a servi la efectuarea înmatriculării/modificării în documentele oficiale conform legislației în vigoare.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Reprezentant Service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Client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</w:tr>
    </w:tbl>
    <w:p/>
    <w:p/>
    <w:p>
      <w:r>
        <w:rPr>
          <w:b w:val="0"/>
          <w:sz w:val="20"/>
        </w:rPr>
        <w:t>Ștampilă societate: ____________________________________________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https://documente-utile.com/adeverinta-service-schimbare-motor/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https://documente-utile.com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documente-utile.com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e-utile.com/adeverinta-service-schimbare-motor/" TargetMode="External"/><Relationship Id="rId10" Type="http://schemas.openxmlformats.org/officeDocument/2006/relationships/hyperlink" Target="https://documente-uti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