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DECONTARE CARBURANT</w:t>
      </w:r>
    </w:p>
    <w:p/>
    <w:p/>
    <w:p>
      <w:pPr>
        <w:jc w:val="center"/>
      </w:pPr>
      <w:r>
        <w:rPr>
          <w:b/>
          <w:sz w:val="20"/>
        </w:rPr>
        <w:t>DIRECȚIA GENERALĂ DE ASISTENȚĂ SOCIALĂ ȘI PROTECȚIA COPILULUI VÂLCEA</w:t>
      </w:r>
    </w:p>
    <w:p/>
    <w:p/>
    <w:p>
      <w:r>
        <w:rPr>
          <w:b/>
          <w:sz w:val="20"/>
        </w:rPr>
        <w:t>Date beneficiari:</w:t>
      </w:r>
    </w:p>
    <w:p>
      <w:r>
        <w:rPr>
          <w:b w:val="0"/>
          <w:sz w:val="20"/>
        </w:rPr>
        <w:t>Nume și prenume: _______________________________________________</w:t>
      </w:r>
    </w:p>
    <w:p>
      <w:r>
        <w:rPr>
          <w:b w:val="0"/>
          <w:sz w:val="20"/>
        </w:rPr>
        <w:t>Funcția: _______________________________________________________</w:t>
      </w:r>
    </w:p>
    <w:p>
      <w:r>
        <w:rPr>
          <w:b w:val="0"/>
          <w:sz w:val="20"/>
        </w:rPr>
        <w:t>Departament/Serviciu: ___________________________________________</w:t>
      </w:r>
    </w:p>
    <w:p>
      <w:r>
        <w:rPr>
          <w:b w:val="0"/>
          <w:sz w:val="20"/>
        </w:rPr>
        <w:t>Nr. legitimație angajat: _________________________________________</w:t>
      </w:r>
    </w:p>
    <w:p/>
    <w:p>
      <w:r>
        <w:rPr>
          <w:b/>
          <w:sz w:val="20"/>
        </w:rPr>
        <w:t>Date vehicul:</w:t>
      </w:r>
    </w:p>
    <w:p>
      <w:r>
        <w:rPr>
          <w:b w:val="0"/>
          <w:sz w:val="20"/>
        </w:rPr>
        <w:t>Tip vehicul: _______________________________________________</w:t>
      </w:r>
    </w:p>
    <w:p>
      <w:r>
        <w:rPr>
          <w:b w:val="0"/>
          <w:sz w:val="20"/>
        </w:rPr>
        <w:t>Marca și modelul: ___________________________________________</w:t>
      </w:r>
    </w:p>
    <w:p>
      <w:r>
        <w:rPr>
          <w:b w:val="0"/>
          <w:sz w:val="20"/>
        </w:rPr>
        <w:t>Număr înmatriculare: ________________________________________</w:t>
      </w:r>
    </w:p>
    <w:p/>
    <w:p>
      <w:r>
        <w:rPr>
          <w:b/>
          <w:sz w:val="20"/>
        </w:rPr>
        <w:t>Perioada decontată:</w:t>
      </w:r>
    </w:p>
    <w:p>
      <w:r>
        <w:rPr>
          <w:b w:val="0"/>
          <w:sz w:val="20"/>
        </w:rPr>
        <w:t>De la data: ________________  Până la data: ________________</w:t>
      </w:r>
    </w:p>
    <w:p/>
    <w:p>
      <w:r>
        <w:rPr>
          <w:b/>
          <w:sz w:val="20"/>
        </w:rPr>
        <w:t>Informații privind consumul și decontarea carburantului:</w:t>
      </w:r>
    </w:p>
    <w:p>
      <w:r>
        <w:rPr>
          <w:b w:val="0"/>
          <w:sz w:val="20"/>
        </w:rPr>
        <w:t>Cantitate carburant (litri): _______________________________</w:t>
      </w:r>
    </w:p>
    <w:p>
      <w:r>
        <w:rPr>
          <w:b w:val="0"/>
          <w:sz w:val="20"/>
        </w:rPr>
        <w:t>Preț unitar carburant (Lei/litru): __________________________</w:t>
      </w:r>
    </w:p>
    <w:p>
      <w:r>
        <w:rPr>
          <w:b w:val="0"/>
          <w:sz w:val="20"/>
        </w:rPr>
        <w:t>Valoare totală carburant (Lei): ____________________________</w:t>
      </w:r>
    </w:p>
    <w:p/>
    <w:p>
      <w:r>
        <w:rPr>
          <w:b w:val="0"/>
          <w:sz w:val="20"/>
        </w:rPr>
        <w:t>Declar pe propria răspundere că datele declarate sunt conforme cu realitatea și că am utilizat carburantul exclusiv în scop profesional, conform prevederilor legale în vigoare.</w:t>
      </w:r>
    </w:p>
    <w:p/>
    <w:p/>
    <w:p>
      <w:r>
        <w:rPr>
          <w:b/>
          <w:sz w:val="20"/>
        </w:rPr>
        <w:t>Anexe:</w:t>
      </w:r>
    </w:p>
    <w:p>
      <w:r>
        <w:rPr>
          <w:b w:val="0"/>
          <w:sz w:val="20"/>
        </w:rPr>
        <w:t>1. Copie factură carburant</w:t>
      </w:r>
    </w:p>
    <w:p>
      <w:r>
        <w:rPr>
          <w:b w:val="0"/>
          <w:sz w:val="20"/>
        </w:rPr>
        <w:t>2. Fișă consum carburant</w:t>
      </w:r>
    </w:p>
    <w:p>
      <w:r>
        <w:rPr>
          <w:b w:val="0"/>
          <w:sz w:val="20"/>
        </w:rPr>
        <w:t>3. Alte documente justificative (dacă este cazul)</w:t>
      </w:r>
    </w:p>
    <w:p/>
    <w:p/>
    <w:p>
      <w:r>
        <w:rPr>
          <w:b/>
          <w:sz w:val="20"/>
        </w:rPr>
        <w:t>Semnături: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Beneficiar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 financiar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/>
    <w:p/>
    <w:p/>
    <w:p>
      <w:r>
        <w:rPr>
          <w:b w:val="0"/>
          <w:sz w:val="20"/>
        </w:rPr>
        <w:t>Ștampilă instituție: 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https://documente-utile.com/dgaspc-valcea-decontare-carburant/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dgaspc-valcea-decontare-carburant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