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EMAIL DE MULȚUMIRE PENTRU COLABORARE</w:t>
      </w:r>
    </w:p>
    <w:p/>
    <w:p/>
    <w:p>
      <w:r>
        <w:rPr>
          <w:b w:val="0"/>
          <w:sz w:val="20"/>
        </w:rPr>
        <w:t>Stimate partener,</w:t>
      </w:r>
    </w:p>
    <w:p/>
    <w:p>
      <w:r>
        <w:rPr>
          <w:b w:val="0"/>
          <w:sz w:val="20"/>
        </w:rPr>
        <w:t>Dorim să vă mulțumim sincer pentru colaborarea excelentă și implicarea de care ați dat dovadă pe parcursul proiectului nostru comun. Profesionalismul și dedicarea dumneavoastră au fost esențiale pentru succesul acestui demers.</w:t>
      </w:r>
    </w:p>
    <w:p/>
    <w:p>
      <w:r>
        <w:rPr>
          <w:b w:val="0"/>
          <w:sz w:val="20"/>
        </w:rPr>
        <w:t>Apreciem în mod deosebit deschiderea și flexibilitatea cu care ați răspuns tuturor solicitărilor, contribuind astfel la realizarea obiectivelor stabilite într-un termen avantajos pentru ambele părți.</w:t>
      </w:r>
    </w:p>
    <w:p/>
    <w:p>
      <w:r>
        <w:rPr>
          <w:b w:val="0"/>
          <w:sz w:val="20"/>
        </w:rPr>
        <w:t>Suntem încrezători că această colaborare reprezintă un început solid pentru viitoare parteneriate și că vom avea ocazia să lucrăm împreună și în proiecte viitoare.</w:t>
      </w:r>
    </w:p>
    <w:p/>
    <w:p>
      <w:r>
        <w:rPr>
          <w:b w:val="0"/>
          <w:sz w:val="20"/>
        </w:rPr>
        <w:t>Vă mulțumim încă o dată și vă dorim mult succes și prosperitate în activitatea dumneavoastră!</w:t>
      </w:r>
    </w:p>
    <w:p/>
    <w:p/>
    <w:p>
      <w:r>
        <w:rPr>
          <w:b w:val="0"/>
          <w:sz w:val="20"/>
        </w:rPr>
        <w:t>Cu stimă,</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Nume și Prenume</w:t>
            </w:r>
          </w:p>
        </w:tc>
      </w:tr>
      <w:tr>
        <w:tc>
          <w:tcPr>
            <w:tcW w:type="dxa" w:w="9972"/>
            <w:tcBorders>
              <w:top w:val="nil"/>
              <w:left w:val="nil"/>
              <w:bottom w:val="nil"/>
              <w:right w:val="nil"/>
              <w:insideH w:val="nil"/>
              <w:insideV w:val="nil"/>
            </w:tcBorders>
          </w:tcPr>
          <w:p>
            <w:pPr>
              <w:jc w:val="left"/>
            </w:pPr>
            <w:r>
              <w:t>Funcția / Reprezentantul</w:t>
            </w:r>
          </w:p>
        </w:tc>
      </w:tr>
    </w:tbl>
    <w:p>
      <w:r>
        <w:br w:type="page"/>
      </w:r>
    </w:p>
    <w:p>
      <w:pPr>
        <w:jc w:val="center"/>
      </w:pPr>
      <w:r>
        <w:rPr>
          <w:color w:val="555555"/>
          <w:sz w:val="24"/>
        </w:rPr>
        <w:t>Sursa originala a acestui document:</w:t>
      </w:r>
    </w:p>
    <w:p>
      <w:pPr>
        <w:jc w:val="center"/>
      </w:pPr>
      <w:hyperlink r:id="rId9">
        <w:r>
          <w:rPr>
            <w:color w:val="0000FF"/>
            <w:u w:val="single"/>
          </w:rPr>
          <w:t>https://documente-utile.com/email-de-multumire-pentru-colaborare/</w:t>
        </w:r>
      </w:hyperlink>
    </w:p>
    <w:p>
      <w:pPr>
        <w:jc w:val="center"/>
      </w:pPr>
      <w:r>
        <w:rPr>
          <w:color w:val="555555"/>
          <w:sz w:val="26"/>
        </w:rPr>
        <w:t>Acest model ti-a fost de ajutor?</w:t>
      </w:r>
    </w:p>
    <w:p>
      <w:pPr>
        <w:jc w:val="center"/>
      </w:pPr>
      <w:r>
        <w:rPr>
          <w:color w:val="555555"/>
          <w:sz w:val="26"/>
        </w:rPr>
        <w:t>Poti accesa alte modele actualizate pe site-ul nostru:</w:t>
      </w:r>
    </w:p>
    <w:p>
      <w:pPr>
        <w:jc w:val="center"/>
      </w:pPr>
      <w:hyperlink r:id="rId10">
        <w:r>
          <w:rPr>
            <w:color w:val="0000FF"/>
            <w:u w:val="single"/>
          </w:rPr>
          <w:t>https://documente-utile.com</w:t>
        </w:r>
      </w:hyperlink>
    </w:p>
    <w:p>
      <w:pPr>
        <w:jc w:val="center"/>
      </w:pPr>
      <w:r>
        <w:rPr>
          <w:color w:val="808080"/>
          <w:sz w:val="20"/>
        </w:rPr>
        <w:t>Acest model este destinat exclusiv utilizarii personale, necomerciale.</w:t>
        <w:br/>
        <w:t>Orice distribuire sau publicare trebuie sa mentioneze sursa. © documente-utile.com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e-utile.com/email-de-multumire-pentru-colaborare/" TargetMode="External"/><Relationship Id="rId10" Type="http://schemas.openxmlformats.org/officeDocument/2006/relationships/hyperlink" Target="https://documente-uti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