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ADEVERINȚĂ</w:t>
      </w:r>
    </w:p>
    <w:p>
      <w:pPr>
        <w:jc w:val="center"/>
      </w:pPr>
      <w:r>
        <w:rPr>
          <w:b w:val="0"/>
          <w:sz w:val="20"/>
        </w:rPr>
        <w:t>privind acordarea indemnizației lunare pentru creșterea copilului</w:t>
      </w:r>
    </w:p>
    <w:p/>
    <w:p/>
    <w:p>
      <w:r>
        <w:rPr>
          <w:b w:val="0"/>
          <w:sz w:val="20"/>
        </w:rPr>
        <w:t>Subsemnatul(a), ________________________________________________,</w:t>
      </w:r>
    </w:p>
    <w:p>
      <w:r>
        <w:rPr>
          <w:b w:val="0"/>
          <w:sz w:val="20"/>
        </w:rPr>
        <w:t>în calitate de angajator al salariatului(a) ________________________________,</w:t>
      </w:r>
    </w:p>
    <w:p>
      <w:r>
        <w:rPr>
          <w:b w:val="0"/>
          <w:sz w:val="20"/>
        </w:rPr>
        <w:t>CNP __________________, având sediul în ________________________________,</w:t>
      </w:r>
    </w:p>
    <w:p>
      <w:r>
        <w:rPr>
          <w:b w:val="0"/>
          <w:sz w:val="20"/>
        </w:rPr>
        <w:t>dovedesc prin prezenta că domnul/doamna ________________________________, CNP ____________________,</w:t>
      </w:r>
    </w:p>
    <w:p>
      <w:r>
        <w:rPr>
          <w:b w:val="0"/>
          <w:sz w:val="20"/>
        </w:rPr>
        <w:t>este în concediu pentru creșterea copilului conform prevederilor legale în vigoare.</w:t>
      </w:r>
    </w:p>
    <w:p/>
    <w:p>
      <w:r>
        <w:rPr>
          <w:b/>
          <w:sz w:val="20"/>
        </w:rPr>
        <w:t>Date despre copil:</w:t>
      </w:r>
    </w:p>
    <w:p>
      <w:r>
        <w:rPr>
          <w:b w:val="0"/>
          <w:sz w:val="20"/>
        </w:rPr>
        <w:t>Numele și prenumele copilului : __________________________________________</w:t>
      </w:r>
    </w:p>
    <w:p>
      <w:r>
        <w:rPr>
          <w:b w:val="0"/>
          <w:sz w:val="20"/>
        </w:rPr>
        <w:t>Data nașterii : ____________________________</w:t>
      </w:r>
    </w:p>
    <w:p>
      <w:r>
        <w:rPr>
          <w:b w:val="0"/>
          <w:sz w:val="20"/>
        </w:rPr>
        <w:t>Numărul certificatului de naștere : _____________________________________</w:t>
      </w:r>
    </w:p>
    <w:p/>
    <w:p>
      <w:r>
        <w:rPr>
          <w:b/>
          <w:sz w:val="20"/>
        </w:rPr>
        <w:t>Perioada concediului pentru creșterea copilului se întinde de la data de _________________________</w:t>
      </w:r>
    </w:p>
    <w:p>
      <w:r>
        <w:rPr>
          <w:b/>
          <w:sz w:val="20"/>
        </w:rPr>
        <w:t>până la data de _________________________ inclusiv.</w:t>
      </w:r>
    </w:p>
    <w:p/>
    <w:p>
      <w:r>
        <w:rPr>
          <w:b w:val="0"/>
          <w:sz w:val="20"/>
        </w:rPr>
        <w:t>Conform prevederilor art. 45 și următoarele din Legea nr. 263/2010 privind sistemul unitar de pensii publice,</w:t>
      </w:r>
    </w:p>
    <w:p>
      <w:r>
        <w:rPr>
          <w:b w:val="0"/>
          <w:sz w:val="20"/>
        </w:rPr>
        <w:t>domnul/doamna are dreptul la indemnizația lunară pentru creșterea copilului pe toată perioada concediului.</w:t>
      </w:r>
    </w:p>
    <w:p/>
    <w:p>
      <w:r>
        <w:rPr>
          <w:b/>
          <w:sz w:val="20"/>
        </w:rPr>
        <w:t>Valoarea indemnizației lunare acordate este de __________________ LEI.</w:t>
      </w:r>
    </w:p>
    <w:p/>
    <w:p>
      <w:r>
        <w:rPr>
          <w:b w:val="0"/>
          <w:sz w:val="20"/>
        </w:rPr>
        <w:t>Prezenta adeverință se eliberează pentru a servi la prezentarea drepturilor legale privind indemnizația pentru creșterea copilului.</w:t>
      </w:r>
    </w:p>
    <w:p/>
    <w:p/>
    <w:p>
      <w:r>
        <w:rPr>
          <w:b w:val="0"/>
          <w:sz w:val="20"/>
        </w:rPr>
        <w:t>Locul : ____________________________    Data 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Angajator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Salariat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https://documente-utile.com/model-adeverinta-indemnizatie-crestere-copil-completata/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model-adeverinta-indemnizatie-crestere-copil-completata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