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ADEVERINȚĂ SALARIAT PENTRU ÎNSCRIEREA COPILULUI LA GRĂDINIȚĂ</w:t>
      </w:r>
    </w:p>
    <w:p/>
    <w:p/>
    <w:p>
      <w:r>
        <w:rPr>
          <w:b w:val="0"/>
          <w:sz w:val="20"/>
        </w:rPr>
        <w:t>Subsemnatul/a, angajat/ă al societății _________________________________, cu sediul în ____________________________________________________,</w:t>
      </w:r>
    </w:p>
    <w:p>
      <w:r>
        <w:rPr>
          <w:b w:val="0"/>
          <w:sz w:val="20"/>
        </w:rPr>
        <w:t>în calitate de salariat/ă în cadrul compartimentului ______________________, confirm prin prezenta următoarele:</w:t>
      </w:r>
    </w:p>
    <w:p/>
    <w:p>
      <w:r>
        <w:rPr>
          <w:b/>
          <w:sz w:val="20"/>
        </w:rPr>
        <w:t>Datele salariatului:</w:t>
      </w:r>
    </w:p>
    <w:p>
      <w:r>
        <w:rPr>
          <w:b w:val="0"/>
          <w:sz w:val="20"/>
        </w:rPr>
        <w:t>Nume și prenume: _______________________________________________________________</w:t>
      </w:r>
    </w:p>
    <w:p>
      <w:r>
        <w:rPr>
          <w:b w:val="0"/>
          <w:sz w:val="20"/>
        </w:rPr>
        <w:t>Funcția: _______________________________________________________________________</w:t>
      </w:r>
    </w:p>
    <w:p>
      <w:r>
        <w:rPr>
          <w:b w:val="0"/>
          <w:sz w:val="20"/>
        </w:rPr>
        <w:t>Număr contract de muncă: ______________________________________________________</w:t>
      </w:r>
    </w:p>
    <w:p>
      <w:r>
        <w:rPr>
          <w:b w:val="0"/>
          <w:sz w:val="20"/>
        </w:rPr>
        <w:t>Perioada contractului: _________________________________________________________</w:t>
      </w:r>
    </w:p>
    <w:p/>
    <w:p>
      <w:r>
        <w:rPr>
          <w:b/>
          <w:sz w:val="20"/>
        </w:rPr>
        <w:t>Datele copilului pentru înscrierea la grădiniță:</w:t>
      </w:r>
    </w:p>
    <w:p>
      <w:r>
        <w:rPr>
          <w:b w:val="0"/>
          <w:sz w:val="20"/>
        </w:rPr>
        <w:t>Nume și prenume copil: ______________________________________________________</w:t>
      </w:r>
    </w:p>
    <w:p>
      <w:r>
        <w:rPr>
          <w:b w:val="0"/>
          <w:sz w:val="20"/>
        </w:rPr>
        <w:t>Data nașterii copilului: ______________________________________________________</w:t>
      </w:r>
    </w:p>
    <w:p>
      <w:r>
        <w:rPr>
          <w:b w:val="0"/>
          <w:sz w:val="20"/>
        </w:rPr>
        <w:t>Rudele copilului cu salariatul: __________________________________________________</w:t>
      </w:r>
    </w:p>
    <w:p/>
    <w:p>
      <w:r>
        <w:rPr>
          <w:b w:val="0"/>
          <w:sz w:val="20"/>
        </w:rPr>
        <w:t>Prezenta adeverință se eliberează în scopul înscrierii copilului menționat mai sus la grădiniță, conform prevederilor legale în vigoare.</w:t>
      </w:r>
    </w:p>
    <w:p/>
    <w:p>
      <w:r>
        <w:rPr>
          <w:b w:val="0"/>
          <w:sz w:val="20"/>
        </w:rPr>
        <w:t>Societatea angajatoare confirmă faptul că salariatul sus-menționat este angajat cu contract individual de muncă valabil și activează la sediul indicat.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Reprezentant angajator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Salariat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https://documente-utile.com/model-adeverinta-salariat-inscriere-copil-gradinita/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adeverinta-salariat-inscriere-copil-gradinita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