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ADEVERINȚĂ PENTRU SPORURI PENSIONARE</w:t>
      </w:r>
    </w:p>
    <w:p/>
    <w:p/>
    <w:p>
      <w:r>
        <w:rPr>
          <w:b/>
          <w:sz w:val="20"/>
        </w:rPr>
        <w:t>Subsemnatul/a, ________________________________________________, în calitate de angajator al salariatului/salariatei:</w:t>
      </w:r>
    </w:p>
    <w:p/>
    <w:p>
      <w:r>
        <w:rPr>
          <w:b w:val="0"/>
          <w:sz w:val="20"/>
        </w:rPr>
        <w:t>Numele și prenumele : ______________________________________________________</w:t>
      </w:r>
    </w:p>
    <w:p>
      <w:r>
        <w:rPr>
          <w:b w:val="0"/>
          <w:sz w:val="20"/>
        </w:rPr>
        <w:t>CNP : _________________________________________________________________</w:t>
      </w:r>
    </w:p>
    <w:p>
      <w:r>
        <w:rPr>
          <w:b w:val="0"/>
          <w:sz w:val="20"/>
        </w:rPr>
        <w:t>Funcția/meseria : ____________________________________________________________</w:t>
      </w:r>
    </w:p>
    <w:p>
      <w:r>
        <w:rPr>
          <w:b/>
          <w:sz w:val="20"/>
        </w:rPr>
        <w:t>Perioada de activitate pentru care se eliberează adeverința :</w:t>
      </w:r>
    </w:p>
    <w:p>
      <w:r>
        <w:rPr>
          <w:b w:val="0"/>
          <w:sz w:val="20"/>
        </w:rPr>
        <w:t>De la data: ________________________ până la data: ________________________</w:t>
      </w:r>
    </w:p>
    <w:p/>
    <w:p>
      <w:r>
        <w:rPr>
          <w:b/>
          <w:sz w:val="20"/>
        </w:rPr>
        <w:t>Precizăm că pentru perioada mai sus menționată, salariatul/salariata a beneficiat de următoarele sporuri care se iau în calcul la stabilirea drepturilor de pensie: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pPr>
              <w:jc w:val="center"/>
            </w:pPr>
            <w:r>
              <w:t>Nr. crt.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t>Denumirea sporului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t>Procentul acordat (%)</w:t>
            </w:r>
          </w:p>
        </w:tc>
      </w:tr>
      <w:tr>
        <w:tc>
          <w:tcPr>
            <w:tcW w:type="dxa" w:w="3324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t>Spor pentru condiții de muncă periculoase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t>_________________</w:t>
            </w:r>
          </w:p>
        </w:tc>
      </w:tr>
      <w:tr>
        <w:tc>
          <w:tcPr>
            <w:tcW w:type="dxa" w:w="3324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t>Spor pentru condiții de muncă nocive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t>_________________</w:t>
            </w:r>
          </w:p>
        </w:tc>
      </w:tr>
      <w:tr>
        <w:tc>
          <w:tcPr>
            <w:tcW w:type="dxa" w:w="3324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t>Alte sporuri acordate</w:t>
            </w:r>
          </w:p>
        </w:tc>
        <w:tc>
          <w:tcPr>
            <w:tcW w:type="dxa" w:w="3324"/>
          </w:tcPr>
          <w:p>
            <w:pPr>
              <w:jc w:val="center"/>
            </w:pPr>
            <w:r>
              <w:t>_________________</w:t>
            </w:r>
          </w:p>
        </w:tc>
      </w:tr>
    </w:tbl>
    <w:p/>
    <w:p/>
    <w:p>
      <w:r>
        <w:rPr>
          <w:b w:val="0"/>
          <w:sz w:val="20"/>
        </w:rPr>
        <w:t>Prezenta adeverință se eliberează pentru a fi prezentată la Casa de Pensii în vederea luării în calcul a sporurilor acordate în perioada de activitate a salariatului/salariatei.</w:t>
      </w:r>
    </w:p>
    <w:p/>
    <w:p/>
    <w:p>
      <w:r>
        <w:rPr>
          <w:b w:val="0"/>
          <w:sz w:val="20"/>
        </w:rPr>
        <w:t>Locul, Data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ANGAJATOR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SALARIAT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Nume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Nume : ________________________________</w:t>
            </w:r>
          </w:p>
        </w:tc>
      </w:tr>
    </w:tbl>
    <w:p/>
    <w:p/>
    <w:p>
      <w:pPr>
        <w:jc w:val="center"/>
      </w:pPr>
      <w:r>
        <w:rPr>
          <w:b w:val="0"/>
          <w:sz w:val="20"/>
        </w:rPr>
        <w:t>Ștampilă și semnătură autorizată angajator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Sursa originala a acestui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https://documente-utile.com/model-adeverinta-sporuri-pentru-pensionare/</w:t>
        </w:r>
      </w:hyperlink>
    </w:p>
    <w:p>
      <w:pPr>
        <w:jc w:val="center"/>
      </w:pPr>
      <w:r>
        <w:rPr>
          <w:color w:val="555555"/>
          <w:sz w:val="26"/>
        </w:rPr>
        <w:t>Acest model ti-a fost de ajutor?</w:t>
      </w:r>
    </w:p>
    <w:p>
      <w:pPr>
        <w:jc w:val="center"/>
      </w:pPr>
      <w:r>
        <w:rPr>
          <w:color w:val="555555"/>
          <w:sz w:val="26"/>
        </w:rPr>
        <w:t>Poti accesa alte modele actualizate pe site-ul nostru: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https://documente-utile.com</w:t>
        </w:r>
      </w:hyperlink>
    </w:p>
    <w:p>
      <w:pPr>
        <w:jc w:val="center"/>
      </w:pPr>
      <w:r>
        <w:rPr>
          <w:color w:val="808080"/>
          <w:sz w:val="20"/>
        </w:rPr>
        <w:t>Acest model este destinat exclusiv utilizarii personale, necomerciale.</w:t>
        <w:br/>
        <w:t>Orice distribuire sau publicare trebuie sa mentioneze sursa. © documente-utile.com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e-utile.com/model-adeverinta-sporuri-pentru-pensionare/" TargetMode="External"/><Relationship Id="rId10" Type="http://schemas.openxmlformats.org/officeDocument/2006/relationships/hyperlink" Target="https://documente-uti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