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</w:t>
      </w:r>
    </w:p>
    <w:p>
      <w:pPr>
        <w:jc w:val="center"/>
      </w:pPr>
      <w:r>
        <w:rPr>
          <w:b w:val="0"/>
          <w:sz w:val="20"/>
        </w:rPr>
        <w:t>privind stagiul de cotizare pentru concediu medical</w:t>
      </w:r>
    </w:p>
    <w:p/>
    <w:p/>
    <w:p>
      <w:r>
        <w:rPr>
          <w:b/>
          <w:sz w:val="20"/>
        </w:rPr>
        <w:t>Subsemnatul/a :</w:t>
      </w:r>
    </w:p>
    <w:p>
      <w:r>
        <w:rPr>
          <w:b w:val="0"/>
          <w:sz w:val="20"/>
        </w:rPr>
        <w:t>Nume și prenume: ________________________________________________</w:t>
      </w:r>
    </w:p>
    <w:p>
      <w:r>
        <w:rPr>
          <w:b w:val="0"/>
          <w:sz w:val="20"/>
        </w:rPr>
        <w:t>Funcția: ________________________________________________________</w:t>
      </w:r>
    </w:p>
    <w:p>
      <w:r>
        <w:rPr>
          <w:b w:val="0"/>
          <w:sz w:val="20"/>
        </w:rPr>
        <w:t>Domiciliat(ă) în: ________________________________________________</w:t>
      </w:r>
    </w:p>
    <w:p>
      <w:r>
        <w:rPr>
          <w:b w:val="0"/>
          <w:sz w:val="20"/>
        </w:rPr>
        <w:t>în calitate de angajator al societății: ___________________________</w:t>
      </w:r>
    </w:p>
    <w:p>
      <w:r>
        <w:rPr>
          <w:b w:val="0"/>
          <w:sz w:val="20"/>
        </w:rPr>
        <w:t>CUI: ______________________, cu sediul în: ______________________</w:t>
      </w:r>
    </w:p>
    <w:p/>
    <w:p>
      <w:r>
        <w:rPr>
          <w:b/>
          <w:sz w:val="20"/>
        </w:rPr>
        <w:t>Certific prin prezenta că angajatul:</w:t>
      </w:r>
    </w:p>
    <w:p>
      <w:r>
        <w:rPr>
          <w:b w:val="0"/>
          <w:sz w:val="20"/>
        </w:rPr>
        <w:t>Nume și prenume: ________________________________________________</w:t>
      </w:r>
    </w:p>
    <w:p>
      <w:r>
        <w:rPr>
          <w:b w:val="0"/>
          <w:sz w:val="20"/>
        </w:rPr>
        <w:t>CNP: ___________________________________________________________</w:t>
      </w:r>
    </w:p>
    <w:p>
      <w:r>
        <w:rPr>
          <w:b/>
          <w:sz w:val="20"/>
        </w:rPr>
        <w:t>are următorul stagiu de cotizare pentru concediu medical realizat în cadrul societății: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Perioada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Număr de zile lucrate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Tipul contractului / activitate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 w:val="0"/>
          <w:sz w:val="20"/>
        </w:rPr>
        <w:t>Prezenta adeverință se eliberează pentru a fi prezentată la Casa de Asigurări de Sănătate în vederea înregistrării concediului medical și calculării drepturilor aferente.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Angajator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/>
    <w:p/>
    <w:p>
      <w:r>
        <w:rPr>
          <w:b w:val="0"/>
          <w:sz w:val="20"/>
        </w:rPr>
        <w:t>Ștampilă societate: 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https://documente-utile.com/model-adeverinta-stagiu-de-cotizare-concediu-medical/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adeverinta-stagiu-de-cotizare-concediu-medical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