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Către Ministerul Muncii și Protecției Sociale</w:t>
      </w:r>
    </w:p>
    <w:p>
      <w:r>
        <w:rPr>
          <w:b w:val="0"/>
          <w:sz w:val="20"/>
        </w:rPr>
        <w:t>Direcția Generală pentru Protecția Muncii</w:t>
      </w:r>
    </w:p>
    <w:p>
      <w:r>
        <w:rPr>
          <w:b w:val="0"/>
          <w:sz w:val="20"/>
        </w:rPr>
        <w:t>Adresa : ________________________________</w:t>
      </w:r>
    </w:p>
    <w:p/>
    <w:p/>
    <w:p>
      <w:pPr>
        <w:jc w:val="center"/>
      </w:pPr>
      <w:r>
        <w:rPr>
          <w:b/>
          <w:sz w:val="20"/>
        </w:rPr>
        <w:t>SCRISOARE</w:t>
      </w:r>
    </w:p>
    <w:p/>
    <w:p>
      <w:r>
        <w:rPr>
          <w:b w:val="0"/>
          <w:sz w:val="20"/>
        </w:rPr>
        <w:t>Subsemnatul(a), _______________________________________, în calitate de _______________________________, cu domiciliul/sediul în ____________________________________________, având CNP/CUI ____________________________, vă adresez prezenta scrisoare în vederea:</w:t>
      </w:r>
    </w:p>
    <w:p/>
    <w:p>
      <w:r>
        <w:rPr>
          <w:b w:val="0"/>
          <w:sz w:val="20"/>
        </w:rPr>
        <w:t>• Solicitării unor informații referitoare la aplicarea legislației muncii;</w:t>
      </w:r>
    </w:p>
    <w:p>
      <w:r>
        <w:rPr>
          <w:b w:val="0"/>
          <w:sz w:val="20"/>
        </w:rPr>
        <w:t>• Depunerii unei cereri de clarificare cu privire la drepturile și obligațiile angajatorului/angajatului;</w:t>
      </w:r>
    </w:p>
    <w:p>
      <w:r>
        <w:rPr>
          <w:b w:val="0"/>
          <w:sz w:val="20"/>
        </w:rPr>
        <w:t>• Transmiterea unor propuneri sau sugestii privind reglementările în domeniul muncii;</w:t>
      </w:r>
    </w:p>
    <w:p>
      <w:r>
        <w:rPr>
          <w:b w:val="0"/>
          <w:sz w:val="20"/>
        </w:rPr>
        <w:t>• Sesizarea unor nereguli sau probleme întâmpinate în cadrul relațiilor de muncă;</w:t>
      </w:r>
    </w:p>
    <w:p>
      <w:r>
        <w:rPr>
          <w:b w:val="0"/>
          <w:sz w:val="20"/>
        </w:rPr>
        <w:t>• Orice altă comunicare relevantă în sfera atribuțiilor Ministerului Muncii și Protecției Sociale.</w:t>
      </w:r>
    </w:p>
    <w:p/>
    <w:p>
      <w:r>
        <w:rPr>
          <w:b w:val="0"/>
          <w:sz w:val="20"/>
        </w:rPr>
        <w:t>În acest sens, solicit sprijinul și îndrumarea instituției dumneavoastră pentru clarificarea și soluționarea aspectelor menționate.</w:t>
      </w:r>
    </w:p>
    <w:p/>
    <w:p>
      <w:r>
        <w:rPr>
          <w:b w:val="0"/>
          <w:sz w:val="20"/>
        </w:rPr>
        <w:t>Vă mulțumesc anticipat pentru atenția acordată și rămân la dispoziția dumneavoastră pentru orice informații suplimentare.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Semnatar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Contact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Telefon 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Email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https://documente-utile.com/model-de-scrisoare-catre-ministerul-muncii/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model-de-scrisoare-catre-ministerul-muncii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