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CERERE DE DEMISIE</w:t>
      </w:r>
    </w:p>
    <w:p/>
    <w:p/>
    <w:p>
      <w:r>
        <w:rPr>
          <w:b w:val="0"/>
          <w:sz w:val="20"/>
        </w:rPr>
        <w:t>Subsemnatul(a),</w:t>
      </w:r>
    </w:p>
    <w:p>
      <w:r>
        <w:rPr>
          <w:b w:val="0"/>
          <w:sz w:val="20"/>
        </w:rPr>
        <w:t>Nume și Prenume : _____________________________________________</w:t>
      </w:r>
    </w:p>
    <w:p>
      <w:r>
        <w:rPr>
          <w:b w:val="0"/>
          <w:sz w:val="20"/>
        </w:rPr>
        <w:t>Adresă : _______________________________________________________</w:t>
      </w:r>
    </w:p>
    <w:p>
      <w:r>
        <w:rPr>
          <w:b w:val="0"/>
          <w:sz w:val="20"/>
        </w:rPr>
        <w:t>CNP : _________________________________________________________</w:t>
      </w:r>
    </w:p>
    <w:p>
      <w:r>
        <w:rPr>
          <w:b w:val="0"/>
          <w:sz w:val="20"/>
        </w:rPr>
        <w:t>Funcția ocupată : _______________________________________________</w:t>
      </w:r>
    </w:p>
    <w:p/>
    <w:p>
      <w:r>
        <w:rPr>
          <w:b w:val="0"/>
          <w:sz w:val="20"/>
        </w:rPr>
        <w:t>Prin prezenta, vă aduc la cunoștință decizia mea de a demisiona din funcția de mai sus, începând cu data de _________________ .</w:t>
      </w:r>
    </w:p>
    <w:p/>
    <w:p>
      <w:r>
        <w:rPr>
          <w:b w:val="0"/>
          <w:sz w:val="20"/>
        </w:rPr>
        <w:t>Motivul demisiei este personal și nu necesită alte explicații.</w:t>
      </w:r>
    </w:p>
    <w:p/>
    <w:p>
      <w:r>
        <w:rPr>
          <w:b w:val="0"/>
          <w:sz w:val="20"/>
        </w:rPr>
        <w:t>Vă rog să luați act de demisia mea și să dispuneți măsurile legale aferente.</w:t>
      </w:r>
    </w:p>
    <w:p/>
    <w:p/>
    <w:p>
      <w:r>
        <w:rPr>
          <w:b w:val="0"/>
          <w:sz w:val="20"/>
        </w:rPr>
        <w:t>Vă mulțumesc pentru colaborare și pentru oportunitățile oferite pe parcursul activității mele în companie.</w:t>
      </w:r>
    </w:p>
    <w:p/>
    <w:p/>
    <w:p/>
    <w:p>
      <w:r>
        <w:rPr>
          <w:b w:val="0"/>
          <w:sz w:val="20"/>
        </w:rPr>
        <w:t>Locul : _________________________    Data : 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Semnătura angajatului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Sursa originala a acestui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https://documente-utile.com/model-demisie-germania/</w:t>
        </w:r>
      </w:hyperlink>
    </w:p>
    <w:p>
      <w:pPr>
        <w:jc w:val="center"/>
      </w:pPr>
      <w:r>
        <w:rPr>
          <w:color w:val="555555"/>
          <w:sz w:val="26"/>
        </w:rPr>
        <w:t>Acest model ti-a fost de ajutor?</w:t>
      </w:r>
    </w:p>
    <w:p>
      <w:pPr>
        <w:jc w:val="center"/>
      </w:pPr>
      <w:r>
        <w:rPr>
          <w:color w:val="555555"/>
          <w:sz w:val="26"/>
        </w:rPr>
        <w:t>Poti accesa alte modele actualizate pe site-ul nostru: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https://documente-utile.com</w:t>
        </w:r>
      </w:hyperlink>
    </w:p>
    <w:p>
      <w:pPr>
        <w:jc w:val="center"/>
      </w:pPr>
      <w:r>
        <w:rPr>
          <w:color w:val="808080"/>
          <w:sz w:val="20"/>
        </w:rPr>
        <w:t>Acest model este destinat exclusiv utilizarii personale, necomerciale.</w:t>
        <w:br/>
        <w:t>Orice distribuire sau publicare trebuie sa mentioneze sursa. © documente-utile.com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e-utile.com/model-demisie-germania/" TargetMode="External"/><Relationship Id="rId10" Type="http://schemas.openxmlformats.org/officeDocument/2006/relationships/hyperlink" Target="https://documente-util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