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IMPUTERNICIRE SPECIALĂ</w:t>
      </w:r>
    </w:p>
    <w:p/>
    <w:p>
      <w:r>
        <w:rPr>
          <w:b w:val="0"/>
          <w:sz w:val="20"/>
        </w:rPr>
        <w:t>Subsemnatul/Subsemnata : ________________________________________________,</w:t>
      </w:r>
    </w:p>
    <w:p>
      <w:r>
        <w:rPr>
          <w:b w:val="0"/>
          <w:sz w:val="20"/>
        </w:rPr>
        <w:t>CNP : ________________________,</w:t>
      </w:r>
    </w:p>
    <w:p>
      <w:r>
        <w:rPr>
          <w:b w:val="0"/>
          <w:sz w:val="20"/>
        </w:rPr>
        <w:t>cu domiciliul în : ____________________________________________________________,</w:t>
      </w:r>
    </w:p>
    <w:p>
      <w:r>
        <w:rPr>
          <w:b w:val="0"/>
          <w:sz w:val="20"/>
        </w:rPr>
        <w:t>în calitate de mandant, prin prezenta împuternicesc pe :</w:t>
      </w:r>
    </w:p>
    <w:p/>
    <w:p>
      <w:r>
        <w:rPr>
          <w:b w:val="0"/>
          <w:sz w:val="20"/>
        </w:rPr>
        <w:t>Nume și prenume : _________________________________________________________,</w:t>
      </w:r>
    </w:p>
    <w:p>
      <w:r>
        <w:rPr>
          <w:b w:val="0"/>
          <w:sz w:val="20"/>
        </w:rPr>
        <w:t>CNP : ________________________,</w:t>
      </w:r>
    </w:p>
    <w:p>
      <w:r>
        <w:rPr>
          <w:b w:val="0"/>
          <w:sz w:val="20"/>
        </w:rPr>
        <w:t>cu domiciliul în : __________________________________________________________,</w:t>
      </w:r>
    </w:p>
    <w:p>
      <w:r>
        <w:rPr>
          <w:b w:val="0"/>
          <w:sz w:val="20"/>
        </w:rPr>
        <w:t>în calitate de împuternicit,</w:t>
      </w:r>
    </w:p>
    <w:p/>
    <w:p>
      <w:r>
        <w:rPr>
          <w:b w:val="0"/>
          <w:sz w:val="20"/>
        </w:rPr>
        <w:t>să mă/să ne reprezinte în fața Serviciului Public Comunitar pentru Eliberarea Pașapoartelor Simple</w:t>
      </w:r>
    </w:p>
    <w:p>
      <w:r>
        <w:rPr>
          <w:b w:val="0"/>
          <w:sz w:val="20"/>
        </w:rPr>
        <w:t>și să efectueze următoarele acte:</w:t>
      </w:r>
    </w:p>
    <w:p/>
    <w:p>
      <w:r>
        <w:rPr>
          <w:b w:val="0"/>
          <w:sz w:val="20"/>
        </w:rPr>
        <w:t>- depunerea cererii pentru eliberarea pașaportului simplu;</w:t>
      </w:r>
    </w:p>
    <w:p>
      <w:r>
        <w:rPr>
          <w:b w:val="0"/>
          <w:sz w:val="20"/>
        </w:rPr>
        <w:t>- semnarea documentelor necesare;</w:t>
      </w:r>
    </w:p>
    <w:p>
      <w:r>
        <w:rPr>
          <w:b w:val="0"/>
          <w:sz w:val="20"/>
        </w:rPr>
        <w:t>- ridicarea pașaportului simplu;</w:t>
      </w:r>
    </w:p>
    <w:p>
      <w:r>
        <w:rPr>
          <w:b w:val="0"/>
          <w:sz w:val="20"/>
        </w:rPr>
        <w:t>- efectuarea oricăror alte demersuri necesare în legătură cu eliberarea pașaportului.</w:t>
      </w:r>
    </w:p>
    <w:p/>
    <w:p>
      <w:r>
        <w:rPr>
          <w:b w:val="0"/>
          <w:sz w:val="20"/>
        </w:rPr>
        <w:t>Împuternicirea este valabilă până la finalizarea procedurii de eliberare a pașaportului simplu.</w:t>
      </w:r>
    </w:p>
    <w:p/>
    <w:p>
      <w:r>
        <w:rPr>
          <w:b w:val="0"/>
          <w:sz w:val="20"/>
        </w:rPr>
        <w:t>Declar pe propria mea răspundere că datele sunt reale și corecte și că împuternicirea este acordată cu bună știință.</w:t>
      </w:r>
    </w:p>
    <w:p/>
    <w:p/>
    <w:p>
      <w:r>
        <w:rPr>
          <w:b w:val="0"/>
          <w:sz w:val="20"/>
        </w:rPr>
        <w:t>Locul: ____________________________    Data: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MANDANT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ÎMPUTERNICIT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https://documente-utile.com/model-imputernicire-spv/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imputernicire-spv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