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ORDONANȚĂ DE PLATĂ</w:t>
      </w:r>
    </w:p>
    <w:p/>
    <w:p/>
    <w:p>
      <w:r>
        <w:rPr>
          <w:b w:val="0"/>
          <w:sz w:val="20"/>
        </w:rPr>
        <w:t>Judecătoria : ______________________________________</w:t>
      </w:r>
    </w:p>
    <w:p>
      <w:r>
        <w:rPr>
          <w:b w:val="0"/>
          <w:sz w:val="20"/>
        </w:rPr>
        <w:t>Numărul dosarului: _________________________________</w:t>
      </w:r>
    </w:p>
    <w:p>
      <w:r>
        <w:rPr>
          <w:b w:val="0"/>
          <w:sz w:val="20"/>
        </w:rPr>
        <w:t>Data înregistrării: _________________________________</w:t>
      </w:r>
    </w:p>
    <w:p/>
    <w:p/>
    <w:p>
      <w:r>
        <w:rPr>
          <w:b/>
          <w:sz w:val="20"/>
        </w:rPr>
        <w:t>Reclamant:</w:t>
      </w:r>
    </w:p>
    <w:p>
      <w:r>
        <w:rPr>
          <w:b w:val="0"/>
          <w:sz w:val="20"/>
        </w:rPr>
        <w:t>Nume / Denumire : ______________________________________________</w:t>
      </w:r>
    </w:p>
    <w:p>
      <w:r>
        <w:rPr>
          <w:b w:val="0"/>
          <w:sz w:val="20"/>
        </w:rPr>
        <w:t>CNP / CUI : ____________________________________________________</w:t>
      </w:r>
    </w:p>
    <w:p>
      <w:r>
        <w:rPr>
          <w:b w:val="0"/>
          <w:sz w:val="20"/>
        </w:rPr>
        <w:t>Domiciliu / Sediu : ______________________________________________</w:t>
      </w:r>
    </w:p>
    <w:p>
      <w:r>
        <w:rPr>
          <w:b w:val="0"/>
          <w:sz w:val="20"/>
        </w:rPr>
        <w:t>Reprezentant legal (dacă este cazul) : __________________________</w:t>
      </w:r>
    </w:p>
    <w:p/>
    <w:p>
      <w:r>
        <w:rPr>
          <w:b/>
          <w:sz w:val="20"/>
        </w:rPr>
        <w:t>Pârât:</w:t>
      </w:r>
    </w:p>
    <w:p>
      <w:r>
        <w:rPr>
          <w:b w:val="0"/>
          <w:sz w:val="20"/>
        </w:rPr>
        <w:t>Nume / Denumire : ______________________________________________</w:t>
      </w:r>
    </w:p>
    <w:p>
      <w:r>
        <w:rPr>
          <w:b w:val="0"/>
          <w:sz w:val="20"/>
        </w:rPr>
        <w:t>CNP / CUI : ____________________________________________________</w:t>
      </w:r>
    </w:p>
    <w:p>
      <w:r>
        <w:rPr>
          <w:b w:val="0"/>
          <w:sz w:val="20"/>
        </w:rPr>
        <w:t>Domiciliu / Sediu : ______________________________________________</w:t>
      </w:r>
    </w:p>
    <w:p>
      <w:r>
        <w:rPr>
          <w:b w:val="0"/>
          <w:sz w:val="20"/>
        </w:rPr>
        <w:t>Reprezentant legal (dacă este cazul) : __________________________</w:t>
      </w:r>
    </w:p>
    <w:p/>
    <w:p/>
    <w:p>
      <w:r>
        <w:rPr>
          <w:b/>
          <w:sz w:val="20"/>
        </w:rPr>
        <w:t>Obiectul cererii:</w:t>
      </w:r>
    </w:p>
    <w:p>
      <w:r>
        <w:rPr>
          <w:b w:val="0"/>
          <w:sz w:val="20"/>
        </w:rPr>
        <w:t>Se solicită obligarea pârâtului la plata sumei de __________________ LEI, reprezentând :</w:t>
      </w:r>
    </w:p>
    <w:p>
      <w:r>
        <w:rPr>
          <w:b w:val="0"/>
          <w:sz w:val="20"/>
        </w:rPr>
        <w:t>- Principal : _______________________________________________</w:t>
      </w:r>
    </w:p>
    <w:p>
      <w:r>
        <w:rPr>
          <w:b w:val="0"/>
          <w:sz w:val="20"/>
        </w:rPr>
        <w:t>- Dobânzi legale : __________________________________________</w:t>
      </w:r>
    </w:p>
    <w:p>
      <w:r>
        <w:rPr>
          <w:b w:val="0"/>
          <w:sz w:val="20"/>
        </w:rPr>
        <w:t>- Cheltuieli de judecată : ___________________________________</w:t>
      </w:r>
    </w:p>
    <w:p/>
    <w:p>
      <w:r>
        <w:rPr>
          <w:b/>
          <w:sz w:val="20"/>
        </w:rPr>
        <w:t>Întemeierea cererii:</w:t>
      </w:r>
    </w:p>
    <w:p>
      <w:r>
        <w:rPr>
          <w:b w:val="0"/>
          <w:sz w:val="20"/>
        </w:rPr>
        <w:t>Această ordonanță de plată este formulată în temeiul Legii nr. 134/2010 privind executarea silită</w:t>
      </w:r>
    </w:p>
    <w:p>
      <w:r>
        <w:rPr>
          <w:b w:val="0"/>
          <w:sz w:val="20"/>
        </w:rPr>
        <w:t>și a Codului de procedură civilă, art. 1018-1029.</w:t>
      </w:r>
    </w:p>
    <w:p>
      <w:r>
        <w:rPr>
          <w:b w:val="0"/>
          <w:sz w:val="20"/>
        </w:rPr>
        <w:t>Reclamantul solicită emiterea ordonanței de plată ca titlu executoriu pentru suma menționată.</w:t>
      </w:r>
    </w:p>
    <w:p/>
    <w:p>
      <w:r>
        <w:rPr>
          <w:b/>
          <w:sz w:val="20"/>
        </w:rPr>
        <w:t>Descrierea creanței :</w:t>
      </w:r>
    </w:p>
    <w:p>
      <w:r>
        <w:rPr>
          <w:b w:val="0"/>
          <w:sz w:val="20"/>
        </w:rPr>
        <w:t>Creanța rezultă din următorul titlu : ________________________________</w:t>
      </w:r>
    </w:p>
    <w:p>
      <w:r>
        <w:rPr>
          <w:b w:val="0"/>
          <w:sz w:val="20"/>
        </w:rPr>
        <w:t>Denumirea și data emiterii : _______________________________________</w:t>
      </w:r>
    </w:p>
    <w:p>
      <w:r>
        <w:rPr>
          <w:b w:val="0"/>
          <w:sz w:val="20"/>
        </w:rPr>
        <w:t>Numărul de înregistrare / serie : ___________________________________</w:t>
      </w:r>
    </w:p>
    <w:p>
      <w:r>
        <w:rPr>
          <w:b w:val="0"/>
          <w:sz w:val="20"/>
        </w:rPr>
        <w:t>Obligația de plată a fost neîndeplinită la termenul scadent, astfel încât reclamantul solicită emiterea ordonanței de plată.</w:t>
      </w:r>
    </w:p>
    <w:p/>
    <w:p/>
    <w:p>
      <w:r>
        <w:rPr>
          <w:b/>
          <w:sz w:val="20"/>
        </w:rPr>
        <w:t>Declarații și probe :</w:t>
      </w:r>
    </w:p>
    <w:p>
      <w:r>
        <w:rPr>
          <w:b w:val="0"/>
          <w:sz w:val="20"/>
        </w:rPr>
        <w:t>Reclamantul declară pe propria răspundere că pretențiile formulate sunt întemeiate și că face dovada acestora prin documentele anexate cererii.</w:t>
      </w:r>
    </w:p>
    <w:p>
      <w:r>
        <w:rPr>
          <w:b w:val="0"/>
          <w:sz w:val="20"/>
        </w:rPr>
        <w:t>Anexează următoarele înscrisuri: 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/>
          <w:sz w:val="20"/>
        </w:rPr>
        <w:t>Consecințe și termene :</w:t>
      </w:r>
    </w:p>
    <w:p>
      <w:r>
        <w:rPr>
          <w:b w:val="0"/>
          <w:sz w:val="20"/>
        </w:rPr>
        <w:t>Pârâtul poate plăti suma datorată în termen de 15 zile de la comunicarea prezentei ordonanțe.</w:t>
      </w:r>
    </w:p>
    <w:p>
      <w:r>
        <w:rPr>
          <w:b w:val="0"/>
          <w:sz w:val="20"/>
        </w:rPr>
        <w:t>În caz contrar, ordonanța de plată va deveni titlu executoriu.</w:t>
      </w:r>
    </w:p>
    <w:p>
      <w:r>
        <w:rPr>
          <w:b w:val="0"/>
          <w:sz w:val="20"/>
        </w:rPr>
        <w:t>Pârâtul poate formula contestație în termen de 15 zile de la comunicare.</w:t>
      </w:r>
    </w:p>
    <w:p/>
    <w:p/>
    <w:p>
      <w:r>
        <w:rPr>
          <w:b w:val="0"/>
          <w:sz w:val="20"/>
        </w:rPr>
        <w:t>Data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Reclamant / Reprezentant legal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https://documente-utile.com/model-ordonanta-de-plata/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ordonanta-de-plata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