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CERERE DE SCHIMBARE A PROFESORULUI</w:t>
      </w:r>
    </w:p>
    <w:p/>
    <w:p/>
    <w:p>
      <w:r>
        <w:rPr>
          <w:b/>
          <w:sz w:val="20"/>
        </w:rPr>
        <w:t>Datele solicitantului :</w:t>
      </w:r>
    </w:p>
    <w:p>
      <w:r>
        <w:rPr>
          <w:b w:val="0"/>
          <w:sz w:val="20"/>
        </w:rPr>
        <w:t>Numele și prenumele : ___________________________________________________</w:t>
      </w:r>
    </w:p>
    <w:p>
      <w:r>
        <w:rPr>
          <w:b w:val="0"/>
          <w:sz w:val="20"/>
        </w:rPr>
        <w:t>Clasa / Anul de studiu : _______________________________________________</w:t>
      </w:r>
    </w:p>
    <w:p>
      <w:r>
        <w:rPr>
          <w:b w:val="0"/>
          <w:sz w:val="20"/>
        </w:rPr>
        <w:t>Școala / Institutul : _________________________________________________</w:t>
      </w:r>
    </w:p>
    <w:p>
      <w:r>
        <w:rPr>
          <w:b w:val="0"/>
          <w:sz w:val="20"/>
        </w:rPr>
        <w:t>Motivul schimbării profesorului : _______________________________________</w:t>
      </w:r>
    </w:p>
    <w:p/>
    <w:p/>
    <w:p>
      <w:r>
        <w:rPr>
          <w:b w:val="0"/>
          <w:sz w:val="20"/>
        </w:rPr>
        <w:t>Subsemnatul/Subsemnata, elev/elevă în cadrul clasei/anului menționat mai sus, formulez prezenta cerere pentru schimbarea profesorului de la disciplina ______________, pe motivul următor :</w:t>
      </w:r>
    </w:p>
    <w:p/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</w:t>
      </w:r>
    </w:p>
    <w:p/>
    <w:p/>
    <w:p>
      <w:r>
        <w:rPr>
          <w:b w:val="0"/>
          <w:sz w:val="20"/>
        </w:rPr>
        <w:t>Înțeleg că această cerere va fi analizată conform prevederilor legale în vigoare și a regulamentelor interne ale instituției.</w:t>
      </w:r>
    </w:p>
    <w:p/>
    <w:p/>
    <w:p>
      <w:r>
        <w:rPr>
          <w:b w:val="0"/>
          <w:sz w:val="20"/>
        </w:rPr>
        <w:t>Declar pe propria răspundere că informațiile furnizate sunt corecte și complete.</w:t>
      </w:r>
    </w:p>
    <w:p/>
    <w:p/>
    <w:p/>
    <w:p>
      <w:r>
        <w:rPr>
          <w:b w:val="0"/>
          <w:sz w:val="20"/>
        </w:rPr>
        <w:t>Locul : ____________________________    Data : 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Solicitant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Director / Responsabil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https://documente-utile.com/model-petitie-schimbare-profesor/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https://documente-utile.com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documente-utile.com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e-utile.com/model-petitie-schimbare-profesor/" TargetMode="External"/><Relationship Id="rId10" Type="http://schemas.openxmlformats.org/officeDocument/2006/relationships/hyperlink" Target="https://documente-uti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