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RAPORT DE DEMISIE</w:t>
      </w:r>
    </w:p>
    <w:p/>
    <w:p/>
    <w:p>
      <w:r>
        <w:rPr>
          <w:b/>
          <w:sz w:val="20"/>
        </w:rPr>
        <w:t>Date angajat:</w:t>
      </w:r>
    </w:p>
    <w:p>
      <w:r>
        <w:rPr>
          <w:b w:val="0"/>
          <w:sz w:val="20"/>
        </w:rPr>
        <w:t>Numele și prenumele : ________________________________________________</w:t>
      </w:r>
    </w:p>
    <w:p>
      <w:r>
        <w:rPr>
          <w:b w:val="0"/>
          <w:sz w:val="20"/>
        </w:rPr>
        <w:t>Funcția : _____________________________________________________________</w:t>
      </w:r>
    </w:p>
    <w:p>
      <w:r>
        <w:rPr>
          <w:b w:val="0"/>
          <w:sz w:val="20"/>
        </w:rPr>
        <w:t>Departamentul/Structura : ______________________________________________</w:t>
      </w:r>
    </w:p>
    <w:p>
      <w:r>
        <w:rPr>
          <w:b w:val="0"/>
          <w:sz w:val="20"/>
        </w:rPr>
        <w:t>Număr contract individual de muncă : _________________________________</w:t>
      </w:r>
    </w:p>
    <w:p/>
    <w:p>
      <w:r>
        <w:rPr>
          <w:b w:val="0"/>
          <w:sz w:val="20"/>
        </w:rPr>
        <w:t>Data depunerii demisiei : _____________________________________________</w:t>
      </w:r>
    </w:p>
    <w:p>
      <w:r>
        <w:rPr>
          <w:b w:val="0"/>
          <w:sz w:val="20"/>
        </w:rPr>
        <w:t>Data încetării contractului de muncă : ________________________________</w:t>
      </w:r>
    </w:p>
    <w:p>
      <w:r>
        <w:rPr>
          <w:b/>
          <w:sz w:val="20"/>
        </w:rPr>
        <w:t>Motivul demisiei 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Subsemnatul(a), declar că renunț la raportul meu de muncă în condițiile prevăzute de Codul Muncii și conform contractului individual de muncă încheiat.</w:t>
      </w:r>
    </w:p>
    <w:p/>
    <w:p>
      <w:r>
        <w:rPr>
          <w:b/>
          <w:sz w:val="20"/>
        </w:rPr>
        <w:t>Declar că am predat toate bunurile și documentele ce-mi aparțin și/sau au fost puse la dispoziție conform atribuțiilor mele.</w:t>
      </w:r>
    </w:p>
    <w:p/>
    <w:p/>
    <w:p>
      <w:r>
        <w:rPr>
          <w:b w:val="0"/>
          <w:sz w:val="20"/>
        </w:rPr>
        <w:t>Locul : _______________________________    Data : 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Semnătura angajatului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Semnătura superiorului ierarhic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https://documente-utile.com/model-raport-demisie-mapn/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raport-demisie-mapn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