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SCRISOARE DE INTENȚIE</w:t>
      </w:r>
    </w:p>
    <w:p/>
    <w:p/>
    <w:p>
      <w:r>
        <w:rPr>
          <w:b/>
          <w:sz w:val="20"/>
        </w:rPr>
        <w:t>Date expeditor:</w:t>
      </w:r>
    </w:p>
    <w:p>
      <w:r>
        <w:rPr>
          <w:b w:val="0"/>
          <w:sz w:val="20"/>
        </w:rPr>
        <w:t>Nume și prenume : ________________________________________________</w:t>
      </w:r>
    </w:p>
    <w:p>
      <w:r>
        <w:rPr>
          <w:b w:val="0"/>
          <w:sz w:val="20"/>
        </w:rPr>
        <w:t>Adresa : __________________________________________________________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</w:t>
      </w:r>
    </w:p>
    <w:p>
      <w:r>
        <w:rPr>
          <w:b w:val="0"/>
          <w:sz w:val="20"/>
        </w:rPr>
        <w:t>E-mail : ___________________________________________________________</w:t>
      </w:r>
    </w:p>
    <w:p/>
    <w:p>
      <w:r>
        <w:rPr>
          <w:b/>
          <w:sz w:val="20"/>
        </w:rPr>
        <w:t>Către:</w:t>
      </w:r>
    </w:p>
    <w:p>
      <w:r>
        <w:rPr>
          <w:b w:val="0"/>
          <w:sz w:val="20"/>
        </w:rPr>
        <w:t>Nume instituție / companie : ______________________________________</w:t>
      </w:r>
    </w:p>
    <w:p>
      <w:r>
        <w:rPr>
          <w:b w:val="0"/>
          <w:sz w:val="20"/>
        </w:rPr>
        <w:t>Departament / persoană responsabilă : ____________________________</w:t>
      </w:r>
    </w:p>
    <w:p>
      <w:r>
        <w:rPr>
          <w:b w:val="0"/>
          <w:sz w:val="20"/>
        </w:rPr>
        <w:t>Adresă : ___________________________________________________________</w:t>
      </w:r>
    </w:p>
    <w:p/>
    <w:p/>
    <w:p>
      <w:pPr>
        <w:jc w:val="center"/>
      </w:pPr>
      <w:r>
        <w:rPr>
          <w:b/>
          <w:sz w:val="20"/>
        </w:rPr>
        <w:t>Subiect: Scrisoare de intenție pentru admiterea în învățământ</w:t>
      </w:r>
    </w:p>
    <w:p/>
    <w:p/>
    <w:p>
      <w:r>
        <w:rPr>
          <w:b w:val="0"/>
          <w:sz w:val="20"/>
        </w:rPr>
        <w:t>Stimate Domn/Doamnă,</w:t>
      </w:r>
    </w:p>
    <w:p/>
    <w:p>
      <w:r>
        <w:rPr>
          <w:b w:val="0"/>
          <w:sz w:val="20"/>
        </w:rPr>
        <w:t>Subsemnatul/Subsemnata, cu datele personale indicate mai sus, prin prezenta doresc să-mi exprim intenția de a urma studiile în cadrul instituției pe care o reprezentați. Sunt interesat/interesată să mă înscriu la programul de învățământ care corespunde calificărilor și aspirațiilor mele profesionale.</w:t>
      </w:r>
    </w:p>
    <w:p/>
    <w:p>
      <w:r>
        <w:rPr>
          <w:b w:val="0"/>
          <w:sz w:val="20"/>
        </w:rPr>
        <w:t>Consider că pregătirea mea anterioară, abilitățile și motivația personală mă recomandă pentru a urma cu succes acest program educațional. Sunt determinat/determinată să îmi dezvolt cunoștințele și competențele în domeniul respectiv și să contribui activ la mediul academic al instituției.</w:t>
      </w:r>
    </w:p>
    <w:p/>
    <w:p>
      <w:r>
        <w:rPr>
          <w:b w:val="0"/>
          <w:sz w:val="20"/>
        </w:rPr>
        <w:t>În cazul admiterii, mă angajez să respect toate regulamentele și condițiile impuse de instituție și să particip cu seriozitate la activitățile didactice și practice.</w:t>
      </w:r>
    </w:p>
    <w:p/>
    <w:p>
      <w:r>
        <w:rPr>
          <w:b w:val="0"/>
          <w:sz w:val="20"/>
        </w:rPr>
        <w:t>Vă mulțumesc pentru atenția acordată și pentru oportunitatea de a-mi exprima intenția. Rămân la dispoziția dumneavoastră pentru orice informații suplimentare sau documente necesare.</w:t>
      </w:r>
    </w:p>
    <w:p/>
    <w:p/>
    <w:p>
      <w:r>
        <w:rPr>
          <w:b w:val="0"/>
          <w:sz w:val="20"/>
        </w:rPr>
        <w:t>Cu stimă,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Semnătura solicitantului: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</w:t>
            </w:r>
          </w:p>
        </w:tc>
      </w:tr>
    </w:tbl>
    <w:p/>
    <w:p/>
    <w:p>
      <w:r>
        <w:rPr>
          <w:b w:val="0"/>
          <w:sz w:val="20"/>
        </w:rPr>
        <w:t>Data : 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https://documente-utile.com/model-scrisoare-de-intentie-invatamant/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model-scrisoare-de-intentie-invatamant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