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DE RECOMANDARE</w:t>
      </w:r>
    </w:p>
    <w:p/>
    <w:p/>
    <w:p>
      <w:r>
        <w:rPr>
          <w:b w:val="0"/>
          <w:sz w:val="20"/>
        </w:rPr>
        <w:t>Subsemnatul(a), reprezentant al societății ________________________________, cu sediul în ____________________________, având codul fiscal ________________, doresc să recomand prin prezenta pe domnul/doamna ________________________________, domiciliat(ă) în ____________________________, în calitate de angajat/colaborator al companiei noastre.</w:t>
      </w:r>
    </w:p>
    <w:p/>
    <w:p>
      <w:r>
        <w:rPr>
          <w:b w:val="0"/>
          <w:sz w:val="20"/>
        </w:rPr>
        <w:t>Domnul/Doamna ________________________________ a colaborat cu societatea noastră în perioada ____________________________, ocupând funcția de ________________________________. Pe durata colaborării, a dovedit competență profesională, seriozitate și implicare în îndeplinirea responsabilităților ce îi reveneau.</w:t>
      </w:r>
    </w:p>
    <w:p/>
    <w:p>
      <w:r>
        <w:rPr>
          <w:b/>
          <w:sz w:val="20"/>
        </w:rPr>
        <w:t>În exercitarea atribuțiilor, a manifestat următoarele calități și competențe:</w:t>
      </w:r>
    </w:p>
    <w:p>
      <w:r>
        <w:rPr>
          <w:b w:val="0"/>
          <w:sz w:val="20"/>
        </w:rPr>
        <w:t>• Abilități excelente de comunicare și lucru în echipă.</w:t>
      </w:r>
    </w:p>
    <w:p>
      <w:r>
        <w:rPr>
          <w:b w:val="0"/>
          <w:sz w:val="20"/>
        </w:rPr>
        <w:t>• Capacitatea de a gestiona termene limită și sarcini multiple.</w:t>
      </w:r>
    </w:p>
    <w:p>
      <w:r>
        <w:rPr>
          <w:b w:val="0"/>
          <w:sz w:val="20"/>
        </w:rPr>
        <w:t>• Responsabilitate și integritate profesională.</w:t>
      </w:r>
    </w:p>
    <w:p>
      <w:r>
        <w:rPr>
          <w:b w:val="0"/>
          <w:sz w:val="20"/>
        </w:rPr>
        <w:t>• Adaptabilitate și dorință de învățare continuă.</w:t>
      </w:r>
    </w:p>
    <w:p/>
    <w:p>
      <w:r>
        <w:rPr>
          <w:b w:val="0"/>
          <w:sz w:val="20"/>
        </w:rPr>
        <w:t>Având în vedere experiența acumulată și performanțele demonstrate, recomand cu încredere pe domnul/doamna ________________________________ pentru orice poziție profesională similară și sunt convins(ă) că va aduce un aport semnificativ în cadrul oricărei organizații.</w:t>
      </w:r>
    </w:p>
    <w:p/>
    <w:p>
      <w:r>
        <w:rPr>
          <w:b w:val="0"/>
          <w:sz w:val="20"/>
        </w:rPr>
        <w:t>Prezenta scrisoare de recomandare este eliberată la cererea persoanei menționate mai sus, pentru a fi folosită conform necesităților.</w:t>
      </w:r>
    </w:p>
    <w:p/>
    <w:p/>
    <w:p>
      <w:r>
        <w:rPr>
          <w:b w:val="0"/>
          <w:sz w:val="20"/>
        </w:rPr>
        <w:t>Locul semnării : _____________________________    Data 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Numele și Prenumele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Funcția în cadrul firmei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/>
    <w:p/>
    <w:p>
      <w:r>
        <w:rPr>
          <w:b/>
          <w:sz w:val="20"/>
        </w:rPr>
        <w:t>Semnătura :</w:t>
      </w:r>
    </w:p>
    <w:p>
      <w:r>
        <w:rPr>
          <w:b w:val="0"/>
          <w:sz w:val="20"/>
        </w:rPr>
        <w:t>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https://documente-utile.com/model-scrisoare-de-recomandare-firma/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scrisoare-de-recomandare-firm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