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RAPORT DE DEMISIE</w:t>
      </w:r>
    </w:p>
    <w:p/>
    <w:p/>
    <w:p>
      <w:r>
        <w:rPr>
          <w:b/>
          <w:sz w:val="20"/>
        </w:rPr>
        <w:t>Către:</w:t>
      </w:r>
    </w:p>
    <w:p>
      <w:r>
        <w:rPr>
          <w:b w:val="0"/>
          <w:sz w:val="20"/>
        </w:rPr>
        <w:t>Conducerea Inspectoratului de Poliție</w:t>
      </w:r>
    </w:p>
    <w:p>
      <w:r>
        <w:rPr>
          <w:b/>
          <w:sz w:val="20"/>
        </w:rPr>
        <w:t>Subsemnatul/Subsemnata,</w:t>
      </w:r>
    </w:p>
    <w:p>
      <w:r>
        <w:rPr>
          <w:b w:val="0"/>
          <w:sz w:val="20"/>
        </w:rPr>
        <w:t>Nume și Prenume : ________________________________________________</w:t>
      </w:r>
    </w:p>
    <w:p>
      <w:r>
        <w:rPr>
          <w:b w:val="0"/>
          <w:sz w:val="20"/>
        </w:rPr>
        <w:t>Funcția/Gradul : _________________________________________________</w:t>
      </w:r>
    </w:p>
    <w:p>
      <w:r>
        <w:rPr>
          <w:b w:val="0"/>
          <w:sz w:val="20"/>
        </w:rPr>
        <w:t>Unitatea de Poliție : _____________________________________________</w:t>
      </w:r>
    </w:p>
    <w:p>
      <w:r>
        <w:rPr>
          <w:b w:val="0"/>
          <w:sz w:val="20"/>
        </w:rPr>
        <w:t>Numărul legitimatiei de serviciu : ________________________________</w:t>
      </w:r>
    </w:p>
    <w:p>
      <w:r>
        <w:rPr>
          <w:b w:val="0"/>
          <w:sz w:val="20"/>
        </w:rPr>
        <w:t>Adresa de domiciliu : _____________________________________________</w:t>
      </w:r>
    </w:p>
    <w:p/>
    <w:p>
      <w:r>
        <w:rPr>
          <w:b w:val="0"/>
          <w:sz w:val="20"/>
        </w:rPr>
        <w:t>Prin prezenta aduc la cunoștință intenția mea de a demisiona din funcția de polițist, începând cu data de ______________.</w:t>
      </w:r>
    </w:p>
    <w:p/>
    <w:p>
      <w:r>
        <w:rPr>
          <w:b/>
          <w:sz w:val="20"/>
        </w:rPr>
        <w:t>Motivul demisiei:</w:t>
      </w:r>
    </w:p>
    <w:p>
      <w:r>
        <w:rPr>
          <w:b w:val="0"/>
          <w:sz w:val="20"/>
        </w:rPr>
        <w:t>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</w:t>
      </w:r>
    </w:p>
    <w:p/>
    <w:p>
      <w:r>
        <w:rPr>
          <w:b w:val="0"/>
          <w:sz w:val="20"/>
        </w:rPr>
        <w:t>Declar că am respectat termenul de preaviz conform prevederilor legale și că voi preda toate atribuțiile și bunurile materiale încredințate până la data încetării raporturilor de serviciu.</w:t>
      </w:r>
    </w:p>
    <w:p/>
    <w:p>
      <w:r>
        <w:rPr>
          <w:b w:val="0"/>
          <w:sz w:val="20"/>
        </w:rPr>
        <w:t>Vă mulțumesc pentru colaborare și pentru oportunitățile acordate pe durata angajării mele.</w:t>
      </w:r>
    </w:p>
    <w:p/>
    <w:p/>
    <w:p>
      <w:r>
        <w:rPr>
          <w:b w:val="0"/>
          <w:sz w:val="20"/>
        </w:rPr>
        <w:t>Locul, Data : 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Semnătura angajatului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Semnătura superiorului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https://documente-utile.com/raport-demisie-politie-model/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raport-demisie-politie-model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