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SCRISOARE DE INTENȚIE PENTRU DEFINITIVAT</w:t>
      </w:r>
    </w:p>
    <w:p/>
    <w:p/>
    <w:p>
      <w:r>
        <w:rPr>
          <w:b/>
          <w:sz w:val="20"/>
        </w:rPr>
        <w:t>Către,</w:t>
      </w:r>
    </w:p>
    <w:p>
      <w:r>
        <w:rPr>
          <w:b w:val="0"/>
          <w:sz w:val="20"/>
        </w:rPr>
        <w:t>Inspectoratul Școlar Județean _____________</w:t>
      </w:r>
    </w:p>
    <w:p>
      <w:r>
        <w:rPr>
          <w:b w:val="0"/>
          <w:sz w:val="20"/>
        </w:rPr>
        <w:t>Comisia de Definitivat în Învățământ</w:t>
      </w:r>
    </w:p>
    <w:p/>
    <w:p/>
    <w:p>
      <w:r>
        <w:rPr>
          <w:b/>
          <w:sz w:val="20"/>
        </w:rPr>
        <w:t>Subiect: Scrisoare de intenție pentru susținerea examenului de definitivat în învățământ</w:t>
      </w:r>
    </w:p>
    <w:p/>
    <w:p>
      <w:r>
        <w:rPr>
          <w:b/>
          <w:sz w:val="20"/>
        </w:rPr>
        <w:t>Subsemnatul(a),</w:t>
      </w:r>
    </w:p>
    <w:p>
      <w:r>
        <w:rPr>
          <w:b w:val="0"/>
          <w:sz w:val="20"/>
        </w:rPr>
        <w:t>Numele și prenumele: ________________________________________________</w:t>
      </w:r>
    </w:p>
    <w:p>
      <w:r>
        <w:rPr>
          <w:b w:val="0"/>
          <w:sz w:val="20"/>
        </w:rPr>
        <w:t>Data și locul nașterii: _____________________________________________</w:t>
      </w:r>
    </w:p>
    <w:p>
      <w:r>
        <w:rPr>
          <w:b w:val="0"/>
          <w:sz w:val="20"/>
        </w:rPr>
        <w:t>CNP: _______________________________________________________________</w:t>
      </w:r>
    </w:p>
    <w:p>
      <w:r>
        <w:rPr>
          <w:b w:val="0"/>
          <w:sz w:val="20"/>
        </w:rPr>
        <w:t>Domiciliul: _________________________________________________________</w:t>
      </w:r>
    </w:p>
    <w:p>
      <w:r>
        <w:rPr>
          <w:b w:val="0"/>
          <w:sz w:val="20"/>
        </w:rPr>
        <w:t>Școala la care sunt angajat(ă): _____________________________________</w:t>
      </w:r>
    </w:p>
    <w:p>
      <w:r>
        <w:rPr>
          <w:b w:val="0"/>
          <w:sz w:val="20"/>
        </w:rPr>
        <w:t>Postul ocupat: ______________________________________________________</w:t>
      </w:r>
    </w:p>
    <w:p/>
    <w:p>
      <w:r>
        <w:rPr>
          <w:b w:val="0"/>
          <w:sz w:val="20"/>
        </w:rPr>
        <w:t>Prin prezenta, declar intenția de a susține examenul de definitivat în învățământ, conform prevederilor legale în vigoare.</w:t>
      </w:r>
    </w:p>
    <w:p/>
    <w:p>
      <w:r>
        <w:rPr>
          <w:b w:val="0"/>
          <w:sz w:val="20"/>
        </w:rPr>
        <w:t>În perioada de pregătire și desfășurare a examenului, mă angajez să respect toate normele și regulamentele impuse, asigurând totodată o activitate didactică corespunzătoare și responsabilă.</w:t>
      </w:r>
    </w:p>
    <w:p/>
    <w:p>
      <w:r>
        <w:rPr>
          <w:b w:val="0"/>
          <w:sz w:val="20"/>
        </w:rPr>
        <w:t>Vă rog să aprobați cererea mea și să-mi comunicați pașii necesari pentru înscrierea la examenul de definitivat.</w:t>
      </w:r>
    </w:p>
    <w:p/>
    <w:p/>
    <w:p>
      <w:r>
        <w:rPr>
          <w:b w:val="0"/>
          <w:sz w:val="20"/>
        </w:rPr>
        <w:t>Vă mulțumesc pentru atenție și sprijin.</w:t>
      </w:r>
    </w:p>
    <w:p/>
    <w:p/>
    <w:p/>
    <w:p>
      <w:r>
        <w:rPr>
          <w:b w:val="0"/>
          <w:sz w:val="20"/>
        </w:rPr>
        <w:t>Locul: ___________________________          Data: 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solicitantului : 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https://documente-utile.com/scrisoare-de-intentie-definitivat/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https://documente-utile.com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documente-utile.com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e-utile.com/scrisoare-de-intentie-definitivat/" TargetMode="External"/><Relationship Id="rId10" Type="http://schemas.openxmlformats.org/officeDocument/2006/relationships/hyperlink" Target="https://documente-uti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