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SCRISOARE DE INTENȚIE</w:t>
      </w:r>
    </w:p>
    <w:p/>
    <w:p/>
    <w:p>
      <w:r>
        <w:rPr>
          <w:b/>
          <w:sz w:val="20"/>
        </w:rPr>
        <w:t>Către:</w:t>
      </w:r>
    </w:p>
    <w:p>
      <w:r>
        <w:rPr>
          <w:b/>
          <w:sz w:val="20"/>
        </w:rPr>
        <w:t>Coordonatorul programului Erasmus+</w:t>
      </w:r>
    </w:p>
    <w:p>
      <w:r>
        <w:rPr>
          <w:b w:val="0"/>
          <w:sz w:val="20"/>
        </w:rPr>
        <w:t>Liceul ____________________________________________</w:t>
      </w:r>
    </w:p>
    <w:p>
      <w:r>
        <w:rPr>
          <w:b w:val="0"/>
          <w:sz w:val="20"/>
        </w:rPr>
        <w:t>Adresa: __________________________________________</w:t>
      </w:r>
    </w:p>
    <w:p>
      <w:r>
        <w:rPr>
          <w:b w:val="0"/>
          <w:sz w:val="20"/>
        </w:rPr>
        <w:t>Oraș: ___________________________________________</w:t>
      </w:r>
    </w:p>
    <w:p/>
    <w:p/>
    <w:p>
      <w:r>
        <w:rPr>
          <w:b/>
          <w:sz w:val="20"/>
        </w:rPr>
        <w:t>Subiect: Scrisoare de intenție pentru participarea în programul Erasmus+</w:t>
      </w:r>
    </w:p>
    <w:p/>
    <w:p/>
    <w:p>
      <w:r>
        <w:rPr>
          <w:b w:val="0"/>
          <w:sz w:val="20"/>
        </w:rPr>
        <w:t>Subsemnatul/a, ____________________________, elev/ă în clasa _______ la Liceul ____________________________, doresc să aplic pentru programul Erasmus+ pentru mobilitatea elevilor în anul școlar curent.</w:t>
      </w:r>
    </w:p>
    <w:p/>
    <w:p>
      <w:r>
        <w:rPr>
          <w:b w:val="0"/>
          <w:sz w:val="20"/>
        </w:rPr>
        <w:t>Motivația mea pentru participarea în acest program este dezvoltarea competențelor lingvistice, culturale și profesionale, precum și îmbunătățirea experienței educaționale prin contactul direct cu sistemele de învățământ și comunitățile din alte țări europene.</w:t>
      </w:r>
    </w:p>
    <w:p/>
    <w:p>
      <w:r>
        <w:rPr>
          <w:b/>
          <w:sz w:val="20"/>
        </w:rPr>
        <w:t>Obiectivele mele principale sunt:</w:t>
      </w:r>
    </w:p>
    <w:p>
      <w:r>
        <w:rPr>
          <w:b w:val="0"/>
          <w:sz w:val="20"/>
        </w:rPr>
        <w:t>- Îmbunătățirea nivelului de limbi străine, în special limba ____________________________.</w:t>
      </w:r>
    </w:p>
    <w:p>
      <w:r>
        <w:rPr>
          <w:b w:val="0"/>
          <w:sz w:val="20"/>
        </w:rPr>
        <w:t>- Dezvoltarea abilităților de comunicare interculturală.</w:t>
      </w:r>
    </w:p>
    <w:p>
      <w:r>
        <w:rPr>
          <w:b w:val="0"/>
          <w:sz w:val="20"/>
        </w:rPr>
        <w:t>- Asimilarea de noi cunoștințe și metode educaționale.</w:t>
      </w:r>
    </w:p>
    <w:p>
      <w:r>
        <w:rPr>
          <w:b w:val="0"/>
          <w:sz w:val="20"/>
        </w:rPr>
        <w:t>- Promovarea valorilor europene și a solidarității între tineri.</w:t>
      </w:r>
    </w:p>
    <w:p/>
    <w:p>
      <w:r>
        <w:rPr>
          <w:b/>
          <w:sz w:val="20"/>
        </w:rPr>
        <w:t>Până în prezent, am participat la următoarele activități relevante:</w:t>
      </w:r>
    </w:p>
    <w:p>
      <w:r>
        <w:rPr>
          <w:b w:val="0"/>
          <w:sz w:val="20"/>
        </w:rPr>
        <w:t>- ______________________________</w:t>
      </w:r>
    </w:p>
    <w:p>
      <w:r>
        <w:rPr>
          <w:b w:val="0"/>
          <w:sz w:val="20"/>
        </w:rPr>
        <w:t>- ______________________________</w:t>
      </w:r>
    </w:p>
    <w:p>
      <w:r>
        <w:rPr>
          <w:b w:val="0"/>
          <w:sz w:val="20"/>
        </w:rPr>
        <w:t>- ______________________________</w:t>
      </w:r>
    </w:p>
    <w:p/>
    <w:p>
      <w:r>
        <w:rPr>
          <w:b/>
          <w:sz w:val="20"/>
        </w:rPr>
        <w:t>Consider că pot contribui la succesul proiectului prin:</w:t>
      </w:r>
    </w:p>
    <w:p>
      <w:r>
        <w:rPr>
          <w:b w:val="0"/>
          <w:sz w:val="20"/>
        </w:rPr>
        <w:t>- Atitudinea mea responsabilă și deschisă către noi experiențe.</w:t>
      </w:r>
    </w:p>
    <w:p>
      <w:r>
        <w:rPr>
          <w:b w:val="0"/>
          <w:sz w:val="20"/>
        </w:rPr>
        <w:t>- Implicarea activă în activitățile școlare și extrașcolare.</w:t>
      </w:r>
    </w:p>
    <w:p>
      <w:r>
        <w:rPr>
          <w:b w:val="0"/>
          <w:sz w:val="20"/>
        </w:rPr>
        <w:t>- Capacitatea de a lucra în echipă și de a promova valorile Erasmus+.</w:t>
      </w:r>
    </w:p>
    <w:p/>
    <w:p>
      <w:r>
        <w:rPr>
          <w:b w:val="0"/>
          <w:sz w:val="20"/>
        </w:rPr>
        <w:t>Vă mulțumesc pentru oportunitatea oferită și pentru timpul acordat analizei acestei cereri. Sunt disponibil/ă pentru orice eventual interviu sau discuție suplimentară în vederea unei selecții corecte.</w:t>
      </w:r>
    </w:p>
    <w:p/>
    <w:p/>
    <w:p>
      <w:r>
        <w:rPr>
          <w:b w:val="0"/>
          <w:sz w:val="20"/>
        </w:rPr>
        <w:t>Locul : ____________________________    Data : 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Elev/ă</w:t>
            </w:r>
          </w:p>
        </w:tc>
        <w:tc>
          <w:tcPr>
            <w:tcW w:type="dxa" w:w="4986"/>
            <w:tcBorders>
              <w:top w:val="nil"/>
              <w:left w:val="nil"/>
              <w:bottom w:val="nil"/>
              <w:right w:val="nil"/>
              <w:insideH w:val="nil"/>
              <w:insideV w:val="nil"/>
            </w:tcBorders>
          </w:tcPr>
          <w:p>
            <w:pPr>
              <w:jc w:val="center"/>
            </w:pPr>
            <w:r>
              <w:t>Părinte/Tutore</w:t>
            </w:r>
          </w:p>
        </w:tc>
      </w:tr>
      <w:tr>
        <w:tc>
          <w:tcPr>
            <w:tcW w:type="dxa" w:w="4986"/>
            <w:tcBorders>
              <w:top w:val="nil"/>
              <w:left w:val="nil"/>
              <w:bottom w:val="nil"/>
              <w:right w:val="nil"/>
              <w:insideH w:val="nil"/>
              <w:insideV w:val="nil"/>
            </w:tcBorders>
          </w:tcPr>
          <w:p>
            <w:pPr>
              <w:jc w:val="center"/>
            </w:pPr>
            <w:r>
              <w:br/>
              <w:br/>
              <w:t>Semnătura : _________________________</w:t>
            </w:r>
          </w:p>
        </w:tc>
        <w:tc>
          <w:tcPr>
            <w:tcW w:type="dxa" w:w="4986"/>
            <w:tcBorders>
              <w:top w:val="nil"/>
              <w:left w:val="nil"/>
              <w:bottom w:val="nil"/>
              <w:right w:val="nil"/>
              <w:insideH w:val="nil"/>
              <w:insideV w:val="nil"/>
            </w:tcBorders>
          </w:tcPr>
          <w:p>
            <w:pPr>
              <w:jc w:val="center"/>
            </w:pPr>
            <w:r>
              <w:br/>
              <w:br/>
              <w:t>Semnătura : _________________________</w:t>
            </w:r>
          </w:p>
        </w:tc>
      </w:tr>
    </w:tbl>
    <w:p>
      <w:r>
        <w:br w:type="page"/>
      </w:r>
    </w:p>
    <w:p>
      <w:pPr>
        <w:jc w:val="center"/>
      </w:pPr>
      <w:r>
        <w:rPr>
          <w:color w:val="555555"/>
          <w:sz w:val="24"/>
        </w:rPr>
        <w:t>Sursa originala a acestui document:</w:t>
      </w:r>
    </w:p>
    <w:p>
      <w:pPr>
        <w:jc w:val="center"/>
      </w:pPr>
      <w:hyperlink r:id="rId9">
        <w:r>
          <w:rPr>
            <w:color w:val="0000FF"/>
            <w:u w:val="single"/>
          </w:rPr>
          <w:t>https://documente-utile.com/scrisoare-de-intentie-erasmus-liceu/</w:t>
        </w:r>
      </w:hyperlink>
    </w:p>
    <w:p>
      <w:pPr>
        <w:jc w:val="center"/>
      </w:pPr>
      <w:r>
        <w:rPr>
          <w:color w:val="555555"/>
          <w:sz w:val="26"/>
        </w:rPr>
        <w:t>Acest model ti-a fost de ajutor?</w:t>
      </w:r>
    </w:p>
    <w:p>
      <w:pPr>
        <w:jc w:val="center"/>
      </w:pPr>
      <w:r>
        <w:rPr>
          <w:color w:val="555555"/>
          <w:sz w:val="26"/>
        </w:rPr>
        <w:t>Poti accesa alte modele actualizate pe site-ul nostru:</w:t>
      </w:r>
    </w:p>
    <w:p>
      <w:pPr>
        <w:jc w:val="center"/>
      </w:pPr>
      <w:hyperlink r:id="rId10">
        <w:r>
          <w:rPr>
            <w:color w:val="0000FF"/>
            <w:u w:val="single"/>
          </w:rPr>
          <w:t>https://documente-utile.com</w:t>
        </w:r>
      </w:hyperlink>
    </w:p>
    <w:p>
      <w:pPr>
        <w:jc w:val="center"/>
      </w:pPr>
      <w:r>
        <w:rPr>
          <w:color w:val="808080"/>
          <w:sz w:val="20"/>
        </w:rPr>
        <w:t>Acest model este destinat exclusiv utilizarii personale, necomerciale.</w:t>
        <w:br/>
        <w:t>Orice distribuire sau publicare trebuie sa mentioneze sursa. © documente-utile.com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e-utile.com/scrisoare-de-intentie-erasmus-liceu/" TargetMode="External"/><Relationship Id="rId10" Type="http://schemas.openxmlformats.org/officeDocument/2006/relationships/hyperlink" Target="https://documente-uti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