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SCRISOARE DE INTENȚIE PENTRU PROGRAMUL ERASMUS+</w:t>
      </w:r>
    </w:p>
    <w:p/>
    <w:p>
      <w:r>
        <w:rPr>
          <w:b/>
          <w:sz w:val="20"/>
        </w:rPr>
        <w:t>Date personale:</w:t>
      </w:r>
    </w:p>
    <w:p>
      <w:r>
        <w:rPr>
          <w:b w:val="0"/>
          <w:sz w:val="20"/>
        </w:rPr>
        <w:t>Numele și prenumele : ________________________________________________</w:t>
      </w:r>
    </w:p>
    <w:p>
      <w:r>
        <w:rPr>
          <w:b w:val="0"/>
          <w:sz w:val="20"/>
        </w:rPr>
        <w:t>Data nașterii : ________________________________________________</w:t>
      </w:r>
    </w:p>
    <w:p>
      <w:r>
        <w:rPr>
          <w:b w:val="0"/>
          <w:sz w:val="20"/>
        </w:rPr>
        <w:t>Adresa de domiciliu : ________________________________________________</w:t>
      </w:r>
    </w:p>
    <w:p>
      <w:r>
        <w:rPr>
          <w:b w:val="0"/>
          <w:sz w:val="20"/>
        </w:rPr>
        <w:t>Telefon : ________________________________________________</w:t>
      </w:r>
    </w:p>
    <w:p>
      <w:r>
        <w:rPr>
          <w:b w:val="0"/>
          <w:sz w:val="20"/>
        </w:rPr>
        <w:t>E-mail : ________________________________________________</w:t>
      </w:r>
    </w:p>
    <w:p/>
    <w:p>
      <w:r>
        <w:rPr>
          <w:b/>
          <w:sz w:val="20"/>
        </w:rPr>
        <w:t>Instituția de învățământ de proveniență:</w:t>
      </w:r>
    </w:p>
    <w:p>
      <w:r>
        <w:rPr>
          <w:b w:val="0"/>
          <w:sz w:val="20"/>
        </w:rPr>
        <w:t>Denumirea instituției : ________________________________________________</w:t>
      </w:r>
    </w:p>
    <w:p>
      <w:r>
        <w:rPr>
          <w:b w:val="0"/>
          <w:sz w:val="20"/>
        </w:rPr>
        <w:t>Facultatea / Departamentul : ________________________________________________</w:t>
      </w:r>
    </w:p>
    <w:p>
      <w:r>
        <w:rPr>
          <w:b w:val="0"/>
          <w:sz w:val="20"/>
        </w:rPr>
        <w:t>Specializarea / Programul de studii : ________________________________________________</w:t>
      </w:r>
    </w:p>
    <w:p>
      <w:r>
        <w:rPr>
          <w:b w:val="0"/>
          <w:sz w:val="20"/>
        </w:rPr>
        <w:t>Anul de studiu : ________________________________________________</w:t>
      </w:r>
    </w:p>
    <w:p/>
    <w:p>
      <w:r>
        <w:rPr>
          <w:b/>
          <w:sz w:val="20"/>
        </w:rPr>
        <w:t>Instituția gazdă propusă:</w:t>
      </w:r>
    </w:p>
    <w:p>
      <w:r>
        <w:rPr>
          <w:b w:val="0"/>
          <w:sz w:val="20"/>
        </w:rPr>
        <w:t>Denumirea instituției : ________________________________________________</w:t>
      </w:r>
    </w:p>
    <w:p>
      <w:r>
        <w:rPr>
          <w:b w:val="0"/>
          <w:sz w:val="20"/>
        </w:rPr>
        <w:t>Țara : ________________________________________________</w:t>
      </w:r>
    </w:p>
    <w:p>
      <w:r>
        <w:rPr>
          <w:b w:val="0"/>
          <w:sz w:val="20"/>
        </w:rPr>
        <w:t>Durata mobilității (număr luni) : ________________________________________________</w:t>
      </w:r>
    </w:p>
    <w:p/>
    <w:p>
      <w:r>
        <w:rPr>
          <w:b/>
          <w:sz w:val="20"/>
        </w:rPr>
        <w:t>Motivația participării și obiectivele mobilității: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/>
    <w:p>
      <w:r>
        <w:rPr>
          <w:b/>
          <w:sz w:val="20"/>
        </w:rPr>
        <w:t>Competențe și aptitudini relevante pentru mobilitate: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/>
    <w:p>
      <w:r>
        <w:rPr>
          <w:b/>
          <w:sz w:val="20"/>
        </w:rPr>
        <w:t>Planul de studii / activități propuse la instituția gazdă: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/>
    <w:p>
      <w:r>
        <w:rPr>
          <w:b/>
          <w:sz w:val="20"/>
        </w:rPr>
        <w:t>Apreciază importanța programului Erasmus+ pentru dezvoltarea ta profesională și personală: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______________________________________________________________________________</w:t>
      </w:r>
    </w:p>
    <w:p/>
    <w:p/>
    <w:p>
      <w:r>
        <w:rPr>
          <w:b/>
          <w:sz w:val="20"/>
        </w:rPr>
        <w:t>Declar pe propria răspundere că informațiile furnizate în această scrisoare de intenție sunt corecte și complete.</w:t>
      </w:r>
    </w:p>
    <w:p/>
    <w:p/>
    <w:p>
      <w:r>
        <w:rPr>
          <w:b w:val="0"/>
          <w:sz w:val="20"/>
        </w:rPr>
        <w:t>Locul, Data : 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Applicant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Coordonator instituție de proveniență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Semnătura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Sursa originala a acestui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https://documente-utile.com/scrisoare-de-intentie-erasmus/</w:t>
        </w:r>
      </w:hyperlink>
    </w:p>
    <w:p>
      <w:pPr>
        <w:jc w:val="center"/>
      </w:pPr>
      <w:r>
        <w:rPr>
          <w:color w:val="555555"/>
          <w:sz w:val="26"/>
        </w:rPr>
        <w:t>Acest model ti-a fost de ajutor?</w:t>
      </w:r>
    </w:p>
    <w:p>
      <w:pPr>
        <w:jc w:val="center"/>
      </w:pPr>
      <w:r>
        <w:rPr>
          <w:color w:val="555555"/>
          <w:sz w:val="26"/>
        </w:rPr>
        <w:t>Poti accesa alte modele actualizate pe site-ul nostru: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https://documente-utile.com</w:t>
        </w:r>
      </w:hyperlink>
    </w:p>
    <w:p>
      <w:pPr>
        <w:jc w:val="center"/>
      </w:pPr>
      <w:r>
        <w:rPr>
          <w:color w:val="808080"/>
          <w:sz w:val="20"/>
        </w:rPr>
        <w:t>Acest model este destinat exclusiv utilizarii personale, necomerciale.</w:t>
        <w:br/>
        <w:t>Orice distribuire sau publicare trebuie sa mentioneze sursa. © documente-utile.com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e-utile.com/scrisoare-de-intentie-erasmus/" TargetMode="External"/><Relationship Id="rId10" Type="http://schemas.openxmlformats.org/officeDocument/2006/relationships/hyperlink" Target="https://documente-util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