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DE INTENȚIE PENTRU ADMITEREA LA STUDIILE DE MASTER</w:t>
      </w:r>
    </w:p>
    <w:p/>
    <w:p/>
    <w:p>
      <w:r>
        <w:rPr>
          <w:b/>
          <w:sz w:val="20"/>
        </w:rPr>
        <w:t>Date candidat :</w:t>
      </w:r>
    </w:p>
    <w:p>
      <w:r>
        <w:rPr>
          <w:b w:val="0"/>
          <w:sz w:val="20"/>
        </w:rPr>
        <w:t>Numele și prenumele : ____________________________________________________________</w:t>
      </w:r>
    </w:p>
    <w:p>
      <w:r>
        <w:rPr>
          <w:b w:val="0"/>
          <w:sz w:val="20"/>
        </w:rPr>
        <w:t>Data nașterii : ________________________________________________________________</w:t>
      </w:r>
    </w:p>
    <w:p>
      <w:r>
        <w:rPr>
          <w:b w:val="0"/>
          <w:sz w:val="20"/>
        </w:rPr>
        <w:t>CNP : ________________________________________________________________________</w:t>
      </w:r>
    </w:p>
    <w:p>
      <w:r>
        <w:rPr>
          <w:b w:val="0"/>
          <w:sz w:val="20"/>
        </w:rPr>
        <w:t>Adresa de domiciliu : ___________________________________________________________</w:t>
      </w:r>
    </w:p>
    <w:p>
      <w:r>
        <w:rPr>
          <w:b w:val="0"/>
          <w:sz w:val="20"/>
        </w:rPr>
        <w:t>Număr telefon : ________________________________________________________________</w:t>
      </w:r>
    </w:p>
    <w:p>
      <w:r>
        <w:rPr>
          <w:b w:val="0"/>
          <w:sz w:val="20"/>
        </w:rPr>
        <w:t>Adresă de email : _______________________________________________________________</w:t>
      </w:r>
    </w:p>
    <w:p/>
    <w:p>
      <w:r>
        <w:rPr>
          <w:b/>
          <w:sz w:val="20"/>
        </w:rPr>
        <w:t>Date program master :</w:t>
      </w:r>
    </w:p>
    <w:p>
      <w:r>
        <w:rPr>
          <w:b w:val="0"/>
          <w:sz w:val="20"/>
        </w:rPr>
        <w:t>Facultatea : _________________________________________________________________</w:t>
      </w:r>
    </w:p>
    <w:p>
      <w:r>
        <w:rPr>
          <w:b w:val="0"/>
          <w:sz w:val="20"/>
        </w:rPr>
        <w:t>Programul de studiu masterat : _________________________________________________</w:t>
      </w:r>
    </w:p>
    <w:p/>
    <w:p>
      <w:r>
        <w:rPr>
          <w:b/>
          <w:sz w:val="20"/>
        </w:rPr>
        <w:t>Stimată Comisie de Admitere,</w:t>
      </w:r>
    </w:p>
    <w:p/>
    <w:p>
      <w:r>
        <w:rPr>
          <w:b w:val="0"/>
          <w:sz w:val="20"/>
        </w:rPr>
        <w:t>Subsemnatul(a), prin prezenta scrisoare de intenție, doresc să exprim interesul și motivația mea pentru a urma studiile de master în cadrul programului menționat mai sus. Consider că acest program reprezintă o oportunitate valoroasă pentru dezvoltarea mea academică și profesională.</w:t>
      </w:r>
    </w:p>
    <w:p/>
    <w:p>
      <w:r>
        <w:rPr>
          <w:b w:val="0"/>
          <w:sz w:val="20"/>
        </w:rPr>
        <w:t>Motivația mea principală pentru alegerea acestui program constă în dorința de a aprofunda cunoștințele dobândite în timpul studiilor anterioare, de a dezvolta competențe specifice domeniului și de a contribui activ la comunitatea academică și profesională. Sunt convins(ă) că prin acest program voi putea atinge obiectivele mele educaționale și profesionale.</w:t>
      </w:r>
    </w:p>
    <w:p/>
    <w:p>
      <w:r>
        <w:rPr>
          <w:b w:val="0"/>
          <w:sz w:val="20"/>
        </w:rPr>
        <w:t>Pe parcursul studiilor și activităților anterioare am acumulat experiențe relevante și competențe ce cred că mă recomandă pentru admiterea la acest program. Am demonstrat seriozitate, implicare și capacitatea de a lucra atât individual, cât și în echipă, calități esențiale pentru succesul în cadrul unui program de master.</w:t>
      </w:r>
    </w:p>
    <w:p/>
    <w:p>
      <w:r>
        <w:rPr>
          <w:b w:val="0"/>
          <w:sz w:val="20"/>
        </w:rPr>
        <w:t>Prin urmarea acestui program de master, intenționez să mă specializez în domeniul ales și să contribui la dezvoltarea cercetării și a practicii profesionale. De asemenea, doresc să dezvolt o rețea profesională care să-mi permită să susțin proiecte și inițiative relevante în cariera mea viitoare.</w:t>
      </w:r>
    </w:p>
    <w:p/>
    <w:p>
      <w:r>
        <w:rPr>
          <w:b w:val="0"/>
          <w:sz w:val="20"/>
        </w:rPr>
        <w:t>Vă mulțumesc pentru atenția acordată cererii mele și pentru oportunitatea de a participa la procesul de admitere. Sunt disponibil(ă) pentru orice informații suplimentare sau interviu, dacă este cazul.</w:t>
      </w:r>
    </w:p>
    <w:p/>
    <w:p/>
    <w:p>
      <w:r>
        <w:rPr>
          <w:b w:val="0"/>
          <w:sz w:val="20"/>
        </w:rPr>
        <w:t>Cu stimă,</w:t>
      </w:r>
    </w:p>
    <w:p/>
    <w:p/>
    <w:p/>
    <w:p>
      <w:r>
        <w:rPr>
          <w:b w:val="0"/>
          <w:sz w:val="20"/>
        </w:rPr>
        <w:t>Nume și prenume : _____________________________________________________________</w:t>
      </w:r>
    </w:p>
    <w:p>
      <w:r>
        <w:rPr>
          <w:b w:val="0"/>
          <w:sz w:val="20"/>
        </w:rPr>
        <w:t>Semnătură : _________________________________________________________________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completării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candidatului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https://documente-utile.com/scrisoare-de-intentie-master/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scrisoare-de-intentie-master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