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MODEL</w:t>
      </w:r>
    </w:p>
    <w:p/>
    <w:p/>
    <w:p>
      <w:r>
        <w:rPr>
          <w:b w:val="0"/>
          <w:sz w:val="20"/>
        </w:rPr>
        <w:t>Către :</w:t>
      </w:r>
    </w:p>
    <w:p>
      <w:r>
        <w:rPr>
          <w:b w:val="0"/>
          <w:sz w:val="20"/>
        </w:rPr>
        <w:t>Nume / Denumire : ______________________________________________</w:t>
      </w:r>
    </w:p>
    <w:p>
      <w:r>
        <w:rPr>
          <w:b w:val="0"/>
          <w:sz w:val="20"/>
        </w:rPr>
        <w:t>Adresa : _______________________________________________________</w:t>
      </w:r>
    </w:p>
    <w:p>
      <w:r>
        <w:rPr>
          <w:b w:val="0"/>
          <w:sz w:val="20"/>
        </w:rPr>
        <w:t>Cod poștal : ________________ Oraș : ___________________________</w:t>
      </w:r>
    </w:p>
    <w:p/>
    <w:p>
      <w:r>
        <w:rPr>
          <w:b w:val="0"/>
          <w:sz w:val="20"/>
        </w:rPr>
        <w:t>Expeditor :</w:t>
      </w:r>
    </w:p>
    <w:p>
      <w:r>
        <w:rPr>
          <w:b w:val="0"/>
          <w:sz w:val="20"/>
        </w:rPr>
        <w:t>Nume / Denumire : ______________________________________________</w:t>
      </w:r>
    </w:p>
    <w:p>
      <w:r>
        <w:rPr>
          <w:b w:val="0"/>
          <w:sz w:val="20"/>
        </w:rPr>
        <w:t>Adresa : _______________________________________________________</w:t>
      </w:r>
    </w:p>
    <w:p>
      <w:r>
        <w:rPr>
          <w:b w:val="0"/>
          <w:sz w:val="20"/>
        </w:rPr>
        <w:t>Cod poștal : ________________ Oraș : ___________________________</w:t>
      </w:r>
    </w:p>
    <w:p/>
    <w:p/>
    <w:p>
      <w:r>
        <w:rPr>
          <w:b/>
          <w:sz w:val="20"/>
        </w:rPr>
        <w:t>Subiect : ______________________________________________</w:t>
      </w:r>
    </w:p>
    <w:p/>
    <w:p>
      <w:r>
        <w:rPr>
          <w:b/>
          <w:sz w:val="20"/>
        </w:rPr>
        <w:t>Stimate Domn / Stimată Doamnă,</w:t>
      </w:r>
    </w:p>
    <w:p/>
    <w:p>
      <w:r>
        <w:rPr>
          <w:b w:val="0"/>
          <w:sz w:val="20"/>
        </w:rPr>
        <w:t>Prin prezenta, vă aduc la cunoștință următoarele:</w:t>
      </w:r>
    </w:p>
    <w:p/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Vă rog să luați în considerare cele de mai sus și să îmi transmiteți răspunsul dumneavoastră în termenul legal prevăzut.</w:t>
      </w:r>
    </w:p>
    <w:p/>
    <w:p>
      <w:r>
        <w:rPr>
          <w:b w:val="0"/>
          <w:sz w:val="20"/>
        </w:rPr>
        <w:t>În cazul în care aveți nevoie de informații suplimentare, nu ezitați să mă contactați.</w:t>
      </w:r>
    </w:p>
    <w:p/>
    <w:p/>
    <w:p>
      <w:r>
        <w:rPr>
          <w:b/>
          <w:sz w:val="20"/>
        </w:rPr>
        <w:t>Cu stimă,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Semnătură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și prenume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Locul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https://documente-utile.com/scrisoare-model/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scrisoare-model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