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SCRISOARE CĂTRE PĂRINȚI</w:t>
      </w:r>
    </w:p>
    <w:p/>
    <w:p/>
    <w:p>
      <w:r>
        <w:rPr>
          <w:b w:val="0"/>
          <w:sz w:val="20"/>
        </w:rPr>
        <w:t>Stimați părinți,</w:t>
      </w:r>
    </w:p>
    <w:p/>
    <w:p>
      <w:r>
        <w:rPr>
          <w:b w:val="0"/>
          <w:sz w:val="20"/>
        </w:rPr>
        <w:t>Prin prezenta, vă aducem la cunoștință informații importante privind activitățile, performanțele și comportamentul elevului dumneavoastră în cadrul unității de învățământ.</w:t>
      </w:r>
    </w:p>
    <w:p/>
    <w:p/>
    <w:p>
      <w:r>
        <w:rPr>
          <w:b/>
          <w:sz w:val="20"/>
        </w:rPr>
        <w:t>Date elev:</w:t>
      </w:r>
    </w:p>
    <w:p>
      <w:r>
        <w:rPr>
          <w:b w:val="0"/>
          <w:sz w:val="20"/>
        </w:rPr>
        <w:t>Nume și prenume : ______________________________________________</w:t>
      </w:r>
    </w:p>
    <w:p>
      <w:r>
        <w:rPr>
          <w:b w:val="0"/>
          <w:sz w:val="20"/>
        </w:rPr>
        <w:t>Clasa : __________________________________________________________</w:t>
      </w:r>
    </w:p>
    <w:p>
      <w:r>
        <w:rPr>
          <w:b w:val="0"/>
          <w:sz w:val="20"/>
        </w:rPr>
        <w:t>Școala : _________________________________________________________</w:t>
      </w:r>
    </w:p>
    <w:p/>
    <w:p>
      <w:r>
        <w:rPr>
          <w:b/>
          <w:sz w:val="20"/>
        </w:rPr>
        <w:t>Activități și rezultate:</w:t>
      </w:r>
    </w:p>
    <w:p>
      <w:r>
        <w:rPr>
          <w:b w:val="0"/>
          <w:sz w:val="20"/>
        </w:rPr>
        <w:t>Elevul participă activ la ore, iar performanțele sale sunt evaluate periodic conform metodologiei școlare. În cazul în care apar dificultăți în procesul de învățare, cadrele didactice sunt disponibile pentru consiliere și suport.</w:t>
      </w:r>
    </w:p>
    <w:p/>
    <w:p>
      <w:r>
        <w:rPr>
          <w:b/>
          <w:sz w:val="20"/>
        </w:rPr>
        <w:t>Comportament:</w:t>
      </w:r>
    </w:p>
    <w:p>
      <w:r>
        <w:rPr>
          <w:b w:val="0"/>
          <w:sz w:val="20"/>
        </w:rPr>
        <w:t>Elevul respectă normele de conduită și regulamentele școlare. Orice abatere disciplinară va fi comunicată punctual părinților, conform procedurilor interne.</w:t>
      </w:r>
    </w:p>
    <w:p/>
    <w:p>
      <w:r>
        <w:rPr>
          <w:b/>
          <w:sz w:val="20"/>
        </w:rPr>
        <w:t>Recomandări și solicitări:</w:t>
      </w:r>
    </w:p>
    <w:p>
      <w:r>
        <w:rPr>
          <w:b w:val="0"/>
          <w:sz w:val="20"/>
        </w:rPr>
        <w:t>Vă rugăm să susțineți copilul în activitățile școlare și să mențineți o comunicare deschisă cu cadrele didactice pentru monitorizarea evoluției acestuia.</w:t>
      </w:r>
    </w:p>
    <w:p/>
    <w:p>
      <w:r>
        <w:rPr>
          <w:b w:val="0"/>
          <w:sz w:val="20"/>
        </w:rPr>
        <w:t>Precizăm că responsabilitatea pentru respectarea regulilor și susținerea procesului educațional revine atât elevului, cât și părinților.</w:t>
      </w:r>
    </w:p>
    <w:p/>
    <w:p/>
    <w:p>
      <w:r>
        <w:rPr>
          <w:b w:val="0"/>
          <w:sz w:val="20"/>
        </w:rPr>
        <w:t>Locul, Data :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Reprezentant Școală</w:t>
            </w:r>
          </w:p>
        </w:tc>
        <w:tc>
          <w:tcPr>
            <w:tcW w:type="dxa" w:w="4986"/>
            <w:tcBorders>
              <w:top w:val="nil"/>
              <w:left w:val="nil"/>
              <w:bottom w:val="nil"/>
              <w:right w:val="nil"/>
              <w:insideH w:val="nil"/>
              <w:insideV w:val="nil"/>
            </w:tcBorders>
          </w:tcPr>
          <w:p>
            <w:pPr>
              <w:jc w:val="center"/>
            </w:pPr>
            <w:r>
              <w:t>Părinte / Tutore</w:t>
            </w:r>
          </w:p>
        </w:tc>
      </w:tr>
      <w:tr>
        <w:tc>
          <w:tcPr>
            <w:tcW w:type="dxa" w:w="4986"/>
            <w:tcBorders>
              <w:top w:val="nil"/>
              <w:left w:val="nil"/>
              <w:bottom w:val="nil"/>
              <w:right w:val="nil"/>
              <w:insideH w:val="nil"/>
              <w:insideV w:val="nil"/>
            </w:tcBorders>
          </w:tcPr>
          <w:p>
            <w:pPr>
              <w:jc w:val="center"/>
            </w:pPr>
            <w:r>
              <w:br/>
              <w:br/>
              <w:t>Semnătura : _________________________</w:t>
            </w:r>
          </w:p>
        </w:tc>
        <w:tc>
          <w:tcPr>
            <w:tcW w:type="dxa" w:w="4986"/>
            <w:tcBorders>
              <w:top w:val="nil"/>
              <w:left w:val="nil"/>
              <w:bottom w:val="nil"/>
              <w:right w:val="nil"/>
              <w:insideH w:val="nil"/>
              <w:insideV w:val="nil"/>
            </w:tcBorders>
          </w:tcPr>
          <w:p>
            <w:pPr>
              <w:jc w:val="center"/>
            </w:pPr>
            <w:r>
              <w:br/>
              <w:br/>
              <w:t>Semnătura : _________________________</w:t>
            </w:r>
          </w:p>
        </w:tc>
      </w:tr>
    </w:tbl>
    <w:p>
      <w:r>
        <w:br w:type="page"/>
      </w:r>
    </w:p>
    <w:p>
      <w:pPr>
        <w:jc w:val="center"/>
      </w:pPr>
      <w:r>
        <w:rPr>
          <w:color w:val="555555"/>
          <w:sz w:val="24"/>
        </w:rPr>
        <w:t>Sursa originala a acestui document:</w:t>
      </w:r>
    </w:p>
    <w:p>
      <w:pPr>
        <w:jc w:val="center"/>
      </w:pPr>
      <w:hyperlink r:id="rId9">
        <w:r>
          <w:rPr>
            <w:color w:val="0000FF"/>
            <w:u w:val="single"/>
          </w:rPr>
          <w:t>https://documente-utile.com/scrisoare-pentru-parinti/</w:t>
        </w:r>
      </w:hyperlink>
    </w:p>
    <w:p>
      <w:pPr>
        <w:jc w:val="center"/>
      </w:pPr>
      <w:r>
        <w:rPr>
          <w:color w:val="555555"/>
          <w:sz w:val="26"/>
        </w:rPr>
        <w:t>Acest model ti-a fost de ajutor?</w:t>
      </w:r>
    </w:p>
    <w:p>
      <w:pPr>
        <w:jc w:val="center"/>
      </w:pPr>
      <w:r>
        <w:rPr>
          <w:color w:val="555555"/>
          <w:sz w:val="26"/>
        </w:rPr>
        <w:t>Poti accesa alte modele actualizate pe site-ul nostru:</w:t>
      </w:r>
    </w:p>
    <w:p>
      <w:pPr>
        <w:jc w:val="center"/>
      </w:pPr>
      <w:hyperlink r:id="rId10">
        <w:r>
          <w:rPr>
            <w:color w:val="0000FF"/>
            <w:u w:val="single"/>
          </w:rPr>
          <w:t>https://documente-utile.com</w:t>
        </w:r>
      </w:hyperlink>
    </w:p>
    <w:p>
      <w:pPr>
        <w:jc w:val="center"/>
      </w:pPr>
      <w:r>
        <w:rPr>
          <w:color w:val="808080"/>
          <w:sz w:val="20"/>
        </w:rPr>
        <w:t>Acest model este destinat exclusiv utilizarii personale, necomerciale.</w:t>
        <w:br/>
        <w:t>Orice distribuire sau publicare trebuie sa mentioneze sursa. © documente-utile.com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e-utile.com/scrisoare-pentru-parinti/" TargetMode="External"/><Relationship Id="rId10" Type="http://schemas.openxmlformats.org/officeDocument/2006/relationships/hyperlink" Target="https://documente-uti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