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SCUTIRE DE MANĂ</w:t>
      </w:r>
    </w:p>
    <w:p/>
    <w:p/>
    <w:p>
      <w:r>
        <w:rPr>
          <w:b/>
          <w:sz w:val="20"/>
        </w:rPr>
        <w:t>Subsemnatul(a),</w:t>
      </w:r>
    </w:p>
    <w:p>
      <w:r>
        <w:rPr>
          <w:b w:val="0"/>
          <w:sz w:val="20"/>
        </w:rPr>
        <w:t>Numele și prenumele: ________________________________________________</w:t>
      </w:r>
    </w:p>
    <w:p>
      <w:r>
        <w:rPr>
          <w:b w:val="0"/>
          <w:sz w:val="20"/>
        </w:rPr>
        <w:t>Clasa: ___________________ Școala: __________________________________</w:t>
      </w:r>
    </w:p>
    <w:p>
      <w:r>
        <w:rPr>
          <w:b w:val="0"/>
          <w:sz w:val="20"/>
        </w:rPr>
        <w:t>Domiciliul: __________________________________________________________</w:t>
      </w:r>
    </w:p>
    <w:p>
      <w:r>
        <w:rPr>
          <w:b w:val="0"/>
          <w:sz w:val="20"/>
        </w:rPr>
        <w:t>CNP: ________________________________________________________________</w:t>
      </w:r>
    </w:p>
    <w:p/>
    <w:p>
      <w:r>
        <w:rPr>
          <w:b/>
          <w:sz w:val="20"/>
        </w:rPr>
        <w:t>Declar pe propria răspundere că am scutire de la efectuarea temelor și a exigențelor școlare practice, conform regulamentelor școlare și recomandărilor medicale.</w:t>
      </w:r>
    </w:p>
    <w:p/>
    <w:p>
      <w:r>
        <w:rPr>
          <w:b/>
          <w:sz w:val="20"/>
        </w:rPr>
        <w:t>Motivul scutirii: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Durata scutirii:</w:t>
      </w:r>
    </w:p>
    <w:p>
      <w:r>
        <w:rPr>
          <w:b w:val="0"/>
          <w:sz w:val="20"/>
        </w:rPr>
        <w:t>Începând cu data: _________________ și până la data: _________________</w:t>
      </w:r>
    </w:p>
    <w:p/>
    <w:p>
      <w:r>
        <w:rPr>
          <w:b/>
          <w:sz w:val="20"/>
        </w:rPr>
        <w:t>Mă oblig să respect recomandările și să revin la activitățile școlare practice imediat ce situația o permite.</w:t>
      </w:r>
    </w:p>
    <w:p/>
    <w:p/>
    <w:p>
      <w:r>
        <w:rPr>
          <w:b w:val="0"/>
          <w:sz w:val="20"/>
        </w:rPr>
        <w:t>Locul, Data: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Elev(ă)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Părinte/Tutore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https://documente-utile.com/scutire-de-mana-pentru-scoala-model/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scutire-de-mana-pentru-scoala-model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